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6303BD" w:rsidRPr="00FF4A9D" w:rsidRDefault="00000000">
      <w:pPr>
        <w:jc w:val="center"/>
      </w:pPr>
      <w:r w:rsidRPr="00FF4A9D">
        <w:rPr>
          <w:b/>
          <w:color w:val="111111"/>
          <w:sz w:val="36"/>
        </w:rPr>
        <w:t>DOEBBING FOTO FESTIVAL 2026</w:t>
      </w:r>
    </w:p>
    <w:p w:rsidR="006303BD" w:rsidRPr="00FF4A9D" w:rsidRDefault="00000000">
      <w:pPr>
        <w:jc w:val="center"/>
      </w:pPr>
      <w:r w:rsidRPr="00FF4A9D">
        <w:rPr>
          <w:b/>
          <w:color w:val="555555"/>
          <w:sz w:val="26"/>
        </w:rPr>
        <w:t>2° Edizione del Festival Internazionale di Fotografia di Sutri</w:t>
      </w:r>
      <w:r w:rsidRPr="00FF4A9D">
        <w:rPr>
          <w:b/>
          <w:color w:val="555555"/>
          <w:sz w:val="26"/>
        </w:rPr>
        <w:br/>
        <w:t>OPEN CALL: "IL CANTO DELL’ACQUA"</w:t>
      </w:r>
    </w:p>
    <w:p w:rsidR="006303BD" w:rsidRPr="00FF4A9D" w:rsidRDefault="00000000">
      <w:pPr>
        <w:pBdr>
          <w:bottom w:val="single" w:sz="12" w:space="4" w:color="111111"/>
        </w:pBdr>
        <w:jc w:val="center"/>
      </w:pPr>
      <w:r w:rsidRPr="00FF4A9D">
        <w:rPr>
          <w:i/>
          <w:sz w:val="20"/>
        </w:rPr>
        <w:t xml:space="preserve">Mostra / </w:t>
      </w:r>
      <w:proofErr w:type="spellStart"/>
      <w:r w:rsidRPr="00FF4A9D">
        <w:rPr>
          <w:i/>
          <w:sz w:val="20"/>
        </w:rPr>
        <w:t>Exhibition</w:t>
      </w:r>
      <w:proofErr w:type="spellEnd"/>
      <w:r w:rsidRPr="00FF4A9D">
        <w:rPr>
          <w:i/>
          <w:sz w:val="20"/>
        </w:rPr>
        <w:t xml:space="preserve">: 21 </w:t>
      </w:r>
      <w:proofErr w:type="spellStart"/>
      <w:r w:rsidRPr="00FF4A9D">
        <w:rPr>
          <w:i/>
          <w:sz w:val="20"/>
        </w:rPr>
        <w:t>Nov</w:t>
      </w:r>
      <w:proofErr w:type="spellEnd"/>
      <w:r w:rsidRPr="00FF4A9D">
        <w:rPr>
          <w:i/>
          <w:sz w:val="20"/>
        </w:rPr>
        <w:t xml:space="preserve"> 2026 – 24 </w:t>
      </w:r>
      <w:proofErr w:type="spellStart"/>
      <w:r w:rsidRPr="00FF4A9D">
        <w:rPr>
          <w:i/>
          <w:sz w:val="20"/>
        </w:rPr>
        <w:t>Jan</w:t>
      </w:r>
      <w:proofErr w:type="spellEnd"/>
      <w:r w:rsidRPr="00FF4A9D">
        <w:rPr>
          <w:i/>
          <w:sz w:val="20"/>
        </w:rPr>
        <w:t xml:space="preserve"> 2027</w:t>
      </w:r>
      <w:r w:rsidRPr="00FF4A9D">
        <w:rPr>
          <w:i/>
          <w:sz w:val="20"/>
        </w:rPr>
        <w:br/>
      </w:r>
    </w:p>
    <w:p w:rsidR="006303BD" w:rsidRPr="00FF4A9D" w:rsidRDefault="00000000">
      <w:pPr>
        <w:keepNext/>
        <w:pBdr>
          <w:bottom w:val="single" w:sz="6" w:space="4" w:color="444444"/>
        </w:pBdr>
        <w:spacing w:before="360" w:after="160"/>
      </w:pPr>
      <w:r w:rsidRPr="00FF4A9D">
        <w:rPr>
          <w:b/>
          <w:color w:val="111111"/>
        </w:rPr>
        <w:t>1. DATI ANAGRAFICI DELL'AUTORE / APPLICANT INFORMATION</w:t>
      </w:r>
    </w:p>
    <w:p w:rsidR="006303BD" w:rsidRPr="0081222A" w:rsidRDefault="00000000">
      <w:pPr>
        <w:spacing w:after="240"/>
        <w:rPr>
          <w:lang w:val="en-US"/>
        </w:rPr>
      </w:pPr>
      <w:r w:rsidRPr="0081222A">
        <w:rPr>
          <w:i/>
          <w:lang w:val="en-US"/>
        </w:rPr>
        <w:t>(</w:t>
      </w:r>
      <w:proofErr w:type="spellStart"/>
      <w:r w:rsidRPr="0081222A">
        <w:rPr>
          <w:i/>
          <w:lang w:val="en-US"/>
        </w:rPr>
        <w:t>Compilare</w:t>
      </w:r>
      <w:proofErr w:type="spellEnd"/>
      <w:r w:rsidRPr="0081222A">
        <w:rPr>
          <w:i/>
          <w:lang w:val="en-US"/>
        </w:rPr>
        <w:t xml:space="preserve"> in </w:t>
      </w:r>
      <w:proofErr w:type="spellStart"/>
      <w:r w:rsidRPr="0081222A">
        <w:rPr>
          <w:i/>
          <w:lang w:val="en-US"/>
        </w:rPr>
        <w:t>stampatello</w:t>
      </w:r>
      <w:proofErr w:type="spellEnd"/>
      <w:r w:rsidRPr="0081222A">
        <w:rPr>
          <w:i/>
          <w:lang w:val="en-US"/>
        </w:rPr>
        <w:t xml:space="preserve"> / Please fill in block capitals)</w:t>
      </w:r>
    </w:p>
    <w:p w:rsidR="006303BD" w:rsidRPr="0081222A" w:rsidRDefault="00000000">
      <w:pPr>
        <w:spacing w:after="120"/>
        <w:rPr>
          <w:lang w:val="en-US"/>
        </w:rPr>
      </w:pPr>
      <w:r w:rsidRPr="0081222A">
        <w:rPr>
          <w:b/>
          <w:lang w:val="en-US"/>
        </w:rPr>
        <w:t xml:space="preserve">Nome e </w:t>
      </w:r>
      <w:proofErr w:type="spellStart"/>
      <w:r w:rsidRPr="0081222A">
        <w:rPr>
          <w:b/>
          <w:lang w:val="en-US"/>
        </w:rPr>
        <w:t>Cognome</w:t>
      </w:r>
      <w:proofErr w:type="spellEnd"/>
      <w:r w:rsidRPr="0081222A">
        <w:rPr>
          <w:b/>
          <w:lang w:val="en-US"/>
        </w:rPr>
        <w:t xml:space="preserve"> / Name &amp; Surname (or Group/School): </w:t>
      </w:r>
      <w:r w:rsidRPr="0081222A">
        <w:rPr>
          <w:lang w:val="en-US"/>
        </w:rPr>
        <w:t>______________________________________________________</w:t>
      </w:r>
    </w:p>
    <w:p w:rsidR="006303BD" w:rsidRPr="00FF4A9D" w:rsidRDefault="00000000">
      <w:pPr>
        <w:spacing w:after="120"/>
      </w:pPr>
      <w:r w:rsidRPr="00FF4A9D">
        <w:rPr>
          <w:b/>
        </w:rPr>
        <w:t xml:space="preserve">Data di Nascita / Date of Birth (DD/MM/YYYY): </w:t>
      </w:r>
      <w:r w:rsidRPr="00FF4A9D">
        <w:t>________________________</w:t>
      </w:r>
    </w:p>
    <w:p w:rsidR="006303BD" w:rsidRPr="00FF4A9D" w:rsidRDefault="00000000">
      <w:pPr>
        <w:spacing w:after="120"/>
      </w:pPr>
      <w:r w:rsidRPr="00FF4A9D">
        <w:rPr>
          <w:b/>
        </w:rPr>
        <w:t xml:space="preserve">Nazionalità / </w:t>
      </w:r>
      <w:proofErr w:type="spellStart"/>
      <w:r w:rsidRPr="00FF4A9D">
        <w:rPr>
          <w:b/>
        </w:rPr>
        <w:t>Nationality</w:t>
      </w:r>
      <w:proofErr w:type="spellEnd"/>
      <w:r w:rsidRPr="00FF4A9D">
        <w:rPr>
          <w:b/>
        </w:rPr>
        <w:t xml:space="preserve">: </w:t>
      </w:r>
      <w:r w:rsidRPr="00FF4A9D">
        <w:t>________________________</w:t>
      </w:r>
    </w:p>
    <w:p w:rsidR="006303BD" w:rsidRPr="00FF4A9D" w:rsidRDefault="00000000">
      <w:pPr>
        <w:spacing w:after="120"/>
      </w:pPr>
      <w:r w:rsidRPr="00FF4A9D">
        <w:rPr>
          <w:b/>
        </w:rPr>
        <w:t xml:space="preserve">Indirizzo di Residenza / </w:t>
      </w:r>
      <w:proofErr w:type="spellStart"/>
      <w:r w:rsidRPr="00FF4A9D">
        <w:rPr>
          <w:b/>
        </w:rPr>
        <w:t>Resident</w:t>
      </w:r>
      <w:proofErr w:type="spellEnd"/>
      <w:r w:rsidRPr="00FF4A9D">
        <w:rPr>
          <w:b/>
        </w:rPr>
        <w:t xml:space="preserve"> </w:t>
      </w:r>
      <w:proofErr w:type="spellStart"/>
      <w:r w:rsidRPr="00FF4A9D">
        <w:rPr>
          <w:b/>
        </w:rPr>
        <w:t>Address</w:t>
      </w:r>
      <w:proofErr w:type="spellEnd"/>
      <w:r w:rsidRPr="00FF4A9D">
        <w:rPr>
          <w:b/>
        </w:rPr>
        <w:t xml:space="preserve">: </w:t>
      </w:r>
      <w:r w:rsidRPr="00FF4A9D">
        <w:t>______________________________________________________</w:t>
      </w:r>
    </w:p>
    <w:p w:rsidR="006303BD" w:rsidRPr="00FF4A9D" w:rsidRDefault="00000000">
      <w:pPr>
        <w:spacing w:after="120"/>
      </w:pPr>
      <w:r w:rsidRPr="00FF4A9D">
        <w:rPr>
          <w:b/>
        </w:rPr>
        <w:t xml:space="preserve">Città e CAP / City &amp; Zip Code: </w:t>
      </w:r>
      <w:r w:rsidRPr="00FF4A9D">
        <w:t>________________________</w:t>
      </w:r>
    </w:p>
    <w:p w:rsidR="006303BD" w:rsidRPr="0081222A" w:rsidRDefault="00000000">
      <w:pPr>
        <w:spacing w:after="120"/>
        <w:rPr>
          <w:lang w:val="en-US"/>
        </w:rPr>
      </w:pPr>
      <w:proofErr w:type="spellStart"/>
      <w:r w:rsidRPr="0081222A">
        <w:rPr>
          <w:b/>
          <w:lang w:val="en-US"/>
        </w:rPr>
        <w:t>Stato</w:t>
      </w:r>
      <w:proofErr w:type="spellEnd"/>
      <w:r w:rsidRPr="0081222A">
        <w:rPr>
          <w:b/>
          <w:lang w:val="en-US"/>
        </w:rPr>
        <w:t xml:space="preserve"> / Country: </w:t>
      </w:r>
      <w:r w:rsidRPr="0081222A">
        <w:rPr>
          <w:lang w:val="en-US"/>
        </w:rPr>
        <w:t>________________________</w:t>
      </w:r>
    </w:p>
    <w:p w:rsidR="006303BD" w:rsidRPr="0081222A" w:rsidRDefault="00000000">
      <w:pPr>
        <w:spacing w:after="120"/>
        <w:rPr>
          <w:lang w:val="en-US"/>
        </w:rPr>
      </w:pPr>
      <w:r w:rsidRPr="0081222A">
        <w:rPr>
          <w:b/>
          <w:lang w:val="en-US"/>
        </w:rPr>
        <w:t xml:space="preserve">Email: </w:t>
      </w:r>
      <w:r w:rsidRPr="0081222A">
        <w:rPr>
          <w:lang w:val="en-US"/>
        </w:rPr>
        <w:t>______________________________________________________</w:t>
      </w:r>
    </w:p>
    <w:p w:rsidR="006303BD" w:rsidRPr="0081222A" w:rsidRDefault="00000000">
      <w:pPr>
        <w:spacing w:after="120"/>
        <w:rPr>
          <w:lang w:val="en-US"/>
        </w:rPr>
      </w:pPr>
      <w:proofErr w:type="spellStart"/>
      <w:r w:rsidRPr="0081222A">
        <w:rPr>
          <w:b/>
          <w:lang w:val="en-US"/>
        </w:rPr>
        <w:t>Telefono</w:t>
      </w:r>
      <w:proofErr w:type="spellEnd"/>
      <w:r w:rsidRPr="0081222A">
        <w:rPr>
          <w:b/>
          <w:lang w:val="en-US"/>
        </w:rPr>
        <w:t xml:space="preserve"> / Phone (con </w:t>
      </w:r>
      <w:proofErr w:type="spellStart"/>
      <w:r w:rsidRPr="0081222A">
        <w:rPr>
          <w:b/>
          <w:lang w:val="en-US"/>
        </w:rPr>
        <w:t>prefisso</w:t>
      </w:r>
      <w:proofErr w:type="spellEnd"/>
      <w:r w:rsidRPr="0081222A">
        <w:rPr>
          <w:b/>
          <w:lang w:val="en-US"/>
        </w:rPr>
        <w:t xml:space="preserve"> int. / with country code): </w:t>
      </w:r>
      <w:r w:rsidRPr="0081222A">
        <w:rPr>
          <w:lang w:val="en-US"/>
        </w:rPr>
        <w:t>________________________</w:t>
      </w:r>
    </w:p>
    <w:p w:rsidR="006303BD" w:rsidRPr="00FF4A9D" w:rsidRDefault="00000000">
      <w:pPr>
        <w:spacing w:after="120"/>
        <w:rPr>
          <w:lang w:val="pt-BR"/>
        </w:rPr>
      </w:pPr>
      <w:r w:rsidRPr="00FF4A9D">
        <w:rPr>
          <w:b/>
          <w:lang w:val="pt-BR"/>
        </w:rPr>
        <w:t xml:space="preserve">Sito Web / Portfolio: </w:t>
      </w:r>
      <w:r w:rsidRPr="00FF4A9D">
        <w:rPr>
          <w:lang w:val="pt-BR"/>
        </w:rPr>
        <w:t>______________________________________________________</w:t>
      </w:r>
    </w:p>
    <w:p w:rsidR="006303BD" w:rsidRPr="00FF4A9D" w:rsidRDefault="00000000">
      <w:pPr>
        <w:spacing w:after="120"/>
        <w:rPr>
          <w:lang w:val="pt-BR"/>
        </w:rPr>
      </w:pPr>
      <w:r w:rsidRPr="00FF4A9D">
        <w:rPr>
          <w:b/>
          <w:lang w:val="pt-BR"/>
        </w:rPr>
        <w:t xml:space="preserve">Instagram / Social: </w:t>
      </w:r>
      <w:r w:rsidRPr="00FF4A9D">
        <w:rPr>
          <w:lang w:val="pt-BR"/>
        </w:rPr>
        <w:t>______________________________________________________</w:t>
      </w:r>
    </w:p>
    <w:p w:rsidR="006303BD" w:rsidRPr="00FF4A9D" w:rsidRDefault="00000000">
      <w:pPr>
        <w:keepNext/>
        <w:pBdr>
          <w:bottom w:val="single" w:sz="6" w:space="4" w:color="444444"/>
        </w:pBdr>
        <w:spacing w:before="360" w:after="160"/>
      </w:pPr>
      <w:r w:rsidRPr="00FF4A9D">
        <w:rPr>
          <w:b/>
          <w:color w:val="111111"/>
        </w:rPr>
        <w:t>2. DETTAGLI DEL PROGETTO / SUBMISSION DETAILS</w:t>
      </w:r>
    </w:p>
    <w:p w:rsidR="006303BD" w:rsidRPr="00FF4A9D" w:rsidRDefault="00000000">
      <w:pPr>
        <w:spacing w:after="240"/>
      </w:pPr>
      <w:r w:rsidRPr="00FF4A9D">
        <w:rPr>
          <w:i/>
        </w:rPr>
        <w:t xml:space="preserve">(In caso di candidature multiple, compilare una Sezione 2 per ogni progetto / For multiple </w:t>
      </w:r>
      <w:proofErr w:type="spellStart"/>
      <w:r w:rsidRPr="00FF4A9D">
        <w:rPr>
          <w:i/>
        </w:rPr>
        <w:t>submissions</w:t>
      </w:r>
      <w:proofErr w:type="spellEnd"/>
      <w:r w:rsidRPr="00FF4A9D">
        <w:rPr>
          <w:i/>
        </w:rPr>
        <w:t xml:space="preserve">, </w:t>
      </w:r>
      <w:proofErr w:type="spellStart"/>
      <w:r w:rsidRPr="00FF4A9D">
        <w:rPr>
          <w:i/>
        </w:rPr>
        <w:t>fill</w:t>
      </w:r>
      <w:proofErr w:type="spellEnd"/>
      <w:r w:rsidRPr="00FF4A9D">
        <w:rPr>
          <w:i/>
        </w:rPr>
        <w:t xml:space="preserve"> out </w:t>
      </w:r>
      <w:proofErr w:type="spellStart"/>
      <w:r w:rsidRPr="00FF4A9D">
        <w:rPr>
          <w:i/>
        </w:rPr>
        <w:t>Section</w:t>
      </w:r>
      <w:proofErr w:type="spellEnd"/>
      <w:r w:rsidRPr="00FF4A9D">
        <w:rPr>
          <w:i/>
        </w:rPr>
        <w:t xml:space="preserve"> 2 for </w:t>
      </w:r>
      <w:proofErr w:type="spellStart"/>
      <w:r w:rsidRPr="00FF4A9D">
        <w:rPr>
          <w:i/>
        </w:rPr>
        <w:t>each</w:t>
      </w:r>
      <w:proofErr w:type="spellEnd"/>
      <w:r w:rsidRPr="00FF4A9D">
        <w:rPr>
          <w:i/>
        </w:rPr>
        <w:t xml:space="preserve"> project)</w:t>
      </w:r>
    </w:p>
    <w:p w:rsidR="006303BD" w:rsidRPr="00FF4A9D" w:rsidRDefault="00000000">
      <w:pPr>
        <w:spacing w:after="160"/>
      </w:pPr>
      <w:r w:rsidRPr="00FF4A9D">
        <w:rPr>
          <w:b/>
        </w:rPr>
        <w:t xml:space="preserve">Numero della candidatura / </w:t>
      </w:r>
      <w:proofErr w:type="spellStart"/>
      <w:r w:rsidRPr="00FF4A9D">
        <w:rPr>
          <w:b/>
        </w:rPr>
        <w:t>Submission</w:t>
      </w:r>
      <w:proofErr w:type="spellEnd"/>
      <w:r w:rsidRPr="00FF4A9D">
        <w:rPr>
          <w:b/>
        </w:rPr>
        <w:t xml:space="preserve"> </w:t>
      </w:r>
      <w:proofErr w:type="spellStart"/>
      <w:r w:rsidRPr="00FF4A9D">
        <w:rPr>
          <w:b/>
        </w:rPr>
        <w:t>number</w:t>
      </w:r>
      <w:proofErr w:type="spellEnd"/>
      <w:r w:rsidRPr="00FF4A9D">
        <w:rPr>
          <w:b/>
        </w:rPr>
        <w:t>:</w:t>
      </w:r>
      <w:r w:rsidRPr="00FF4A9D">
        <w:rPr>
          <w:b/>
        </w:rPr>
        <w:br/>
      </w:r>
      <w:r w:rsidRPr="00FF4A9D">
        <w:t xml:space="preserve">[  ] 1° Progetto (€20,00)     </w:t>
      </w:r>
      <w:proofErr w:type="gramStart"/>
      <w:r w:rsidRPr="00FF4A9D">
        <w:t xml:space="preserve">   [</w:t>
      </w:r>
      <w:proofErr w:type="gramEnd"/>
      <w:r w:rsidRPr="00FF4A9D">
        <w:t xml:space="preserve">  ] 2° Progetto (€15,00)        [  ] 3° o successivo (€10,00)</w:t>
      </w:r>
    </w:p>
    <w:p w:rsidR="006303BD" w:rsidRPr="00FF4A9D" w:rsidRDefault="00000000">
      <w:pPr>
        <w:spacing w:after="160"/>
      </w:pPr>
      <w:r w:rsidRPr="00FF4A9D">
        <w:rPr>
          <w:b/>
        </w:rPr>
        <w:t xml:space="preserve">Titolo del Progetto / Project Title: </w:t>
      </w:r>
      <w:r w:rsidRPr="00FF4A9D">
        <w:t>______________________________________________________</w:t>
      </w:r>
    </w:p>
    <w:p w:rsidR="006303BD" w:rsidRPr="00FF4A9D" w:rsidRDefault="00000000">
      <w:pPr>
        <w:spacing w:after="160"/>
      </w:pPr>
      <w:r w:rsidRPr="00FF4A9D">
        <w:rPr>
          <w:b/>
        </w:rPr>
        <w:t xml:space="preserve">Numero di immagini incluse / </w:t>
      </w:r>
      <w:proofErr w:type="spellStart"/>
      <w:r w:rsidRPr="00FF4A9D">
        <w:rPr>
          <w:b/>
        </w:rPr>
        <w:t>Number</w:t>
      </w:r>
      <w:proofErr w:type="spellEnd"/>
      <w:r w:rsidRPr="00FF4A9D">
        <w:rPr>
          <w:b/>
        </w:rPr>
        <w:t xml:space="preserve"> of images (Min 8 - Max 15): </w:t>
      </w:r>
      <w:r w:rsidRPr="00FF4A9D">
        <w:t>______</w:t>
      </w:r>
    </w:p>
    <w:p w:rsidR="006303BD" w:rsidRPr="00FF4A9D" w:rsidRDefault="00000000">
      <w:pPr>
        <w:spacing w:after="240"/>
      </w:pPr>
      <w:r w:rsidRPr="00FF4A9D">
        <w:rPr>
          <w:b/>
        </w:rPr>
        <w:t>Link invio file / File transfer link (</w:t>
      </w:r>
      <w:proofErr w:type="spellStart"/>
      <w:r w:rsidRPr="00FF4A9D">
        <w:rPr>
          <w:b/>
        </w:rPr>
        <w:t>Swisstransfer</w:t>
      </w:r>
      <w:proofErr w:type="spellEnd"/>
      <w:r w:rsidRPr="00FF4A9D">
        <w:rPr>
          <w:b/>
        </w:rPr>
        <w:t xml:space="preserve">, </w:t>
      </w:r>
      <w:proofErr w:type="spellStart"/>
      <w:r w:rsidRPr="00FF4A9D">
        <w:rPr>
          <w:b/>
        </w:rPr>
        <w:t>WeTransfer</w:t>
      </w:r>
      <w:proofErr w:type="spellEnd"/>
      <w:r w:rsidRPr="00FF4A9D">
        <w:rPr>
          <w:b/>
        </w:rPr>
        <w:t xml:space="preserve">...): </w:t>
      </w:r>
      <w:r w:rsidRPr="00FF4A9D">
        <w:t>_______________________________________</w:t>
      </w:r>
    </w:p>
    <w:p w:rsidR="006303BD" w:rsidRPr="00FF4A9D" w:rsidRDefault="00000000">
      <w:pPr>
        <w:spacing w:after="40"/>
      </w:pPr>
      <w:r w:rsidRPr="00FF4A9D">
        <w:rPr>
          <w:b/>
        </w:rPr>
        <w:t xml:space="preserve">Breve Biografia dell'Autore / Short Author </w:t>
      </w:r>
      <w:proofErr w:type="spellStart"/>
      <w:r w:rsidRPr="00FF4A9D">
        <w:rPr>
          <w:b/>
        </w:rPr>
        <w:t>Bio</w:t>
      </w:r>
      <w:proofErr w:type="spellEnd"/>
      <w:r w:rsidRPr="00FF4A9D">
        <w:rPr>
          <w:b/>
        </w:rPr>
        <w:t xml:space="preserve"> (Max 1000 </w:t>
      </w:r>
      <w:proofErr w:type="spellStart"/>
      <w:r w:rsidRPr="00FF4A9D">
        <w:rPr>
          <w:b/>
        </w:rPr>
        <w:t>ch</w:t>
      </w:r>
      <w:proofErr w:type="spellEnd"/>
      <w:r w:rsidRPr="00FF4A9D">
        <w:rPr>
          <w:b/>
        </w:rPr>
        <w:t>.):</w:t>
      </w:r>
    </w:p>
    <w:p w:rsidR="006303BD" w:rsidRPr="00FF4A9D" w:rsidRDefault="00000000">
      <w:pPr>
        <w:spacing w:after="240"/>
      </w:pPr>
      <w:r w:rsidRPr="00FF4A9D">
        <w:t>___________________________________________________________________________________________________</w:t>
      </w:r>
      <w:r w:rsidRPr="00FF4A9D">
        <w:br/>
      </w:r>
      <w:r w:rsidRPr="00FF4A9D">
        <w:lastRenderedPageBreak/>
        <w:t>___________________________________________________________________________________________________</w:t>
      </w:r>
    </w:p>
    <w:p w:rsidR="006303BD" w:rsidRPr="00FF4A9D" w:rsidRDefault="00000000">
      <w:pPr>
        <w:spacing w:after="40"/>
      </w:pPr>
      <w:r w:rsidRPr="00FF4A9D">
        <w:rPr>
          <w:b/>
        </w:rPr>
        <w:t xml:space="preserve">Testo di presentazione del progetto / Project Statement (Max 1500 </w:t>
      </w:r>
      <w:proofErr w:type="spellStart"/>
      <w:r w:rsidRPr="00FF4A9D">
        <w:rPr>
          <w:b/>
        </w:rPr>
        <w:t>ch</w:t>
      </w:r>
      <w:proofErr w:type="spellEnd"/>
      <w:r w:rsidRPr="00FF4A9D">
        <w:rPr>
          <w:b/>
        </w:rPr>
        <w:t>.):</w:t>
      </w:r>
    </w:p>
    <w:p w:rsidR="006303BD" w:rsidRPr="00FF4A9D" w:rsidRDefault="00000000">
      <w:pPr>
        <w:spacing w:after="280"/>
      </w:pPr>
      <w:r w:rsidRPr="00FF4A9D">
        <w:t>___________________________________________________________________________________________________</w:t>
      </w:r>
      <w:r w:rsidRPr="00FF4A9D">
        <w:br/>
        <w:t>___________________________________________________________________________________________________</w:t>
      </w:r>
      <w:r w:rsidRPr="00FF4A9D">
        <w:br/>
        <w:t>___________________________________________________________________________________________________</w:t>
      </w:r>
    </w:p>
    <w:p w:rsidR="006303BD" w:rsidRPr="00FF4A9D" w:rsidRDefault="00000000">
      <w:pPr>
        <w:spacing w:after="120"/>
      </w:pPr>
      <w:r w:rsidRPr="00FF4A9D">
        <w:rPr>
          <w:b/>
        </w:rPr>
        <w:t>ELENCO IMMAGINI E DIDASCALIE / IMAGES LIST &amp; CAPTIONS</w:t>
      </w:r>
      <w:r w:rsidRPr="00FF4A9D">
        <w:rPr>
          <w:b/>
        </w:rPr>
        <w:br/>
      </w:r>
      <w:r w:rsidRPr="00FF4A9D">
        <w:rPr>
          <w:i/>
        </w:rPr>
        <w:t>Nomenclatura file: Nome_Cognome_TitoloLavoro_NumeroProgressivo.jpg</w:t>
      </w:r>
      <w:r w:rsidRPr="00FF4A9D">
        <w:rPr>
          <w:i/>
        </w:rPr>
        <w:br/>
        <w:t>File naming: Name_Surname_ProjectTitle_ProgressiveNumber.jpg</w:t>
      </w:r>
    </w:p>
    <w:tbl>
      <w:tblPr>
        <w:tblW w:w="0" w:type="auto"/>
        <w:jc w:val="center"/>
        <w:tblLook w:val="04A0" w:firstRow="1" w:lastRow="0" w:firstColumn="1" w:lastColumn="0" w:noHBand="0" w:noVBand="1"/>
      </w:tblPr>
      <w:tblGrid>
        <w:gridCol w:w="576"/>
        <w:gridCol w:w="4032"/>
        <w:gridCol w:w="4752"/>
      </w:tblGrid>
      <w:tr w:rsidR="006303BD">
        <w:trPr>
          <w:jc w:val="center"/>
        </w:trPr>
        <w:tc>
          <w:tcPr>
            <w:tcW w:w="576" w:type="dxa"/>
            <w:shd w:val="clear" w:color="auto" w:fill="ECECEC"/>
            <w:tcMar>
              <w:top w:w="80" w:type="dxa"/>
              <w:left w:w="100" w:type="dxa"/>
              <w:bottom w:w="80" w:type="dxa"/>
              <w:right w:w="100" w:type="dxa"/>
            </w:tcMar>
          </w:tcPr>
          <w:p w:rsidR="006303BD" w:rsidRDefault="00000000">
            <w:r>
              <w:rPr>
                <w:b/>
                <w:sz w:val="19"/>
              </w:rPr>
              <w:t>N°</w:t>
            </w:r>
          </w:p>
        </w:tc>
        <w:tc>
          <w:tcPr>
            <w:tcW w:w="4032" w:type="dxa"/>
            <w:shd w:val="clear" w:color="auto" w:fill="ECECEC"/>
            <w:tcMar>
              <w:top w:w="80" w:type="dxa"/>
              <w:left w:w="100" w:type="dxa"/>
              <w:bottom w:w="80" w:type="dxa"/>
              <w:right w:w="100" w:type="dxa"/>
            </w:tcMar>
          </w:tcPr>
          <w:p w:rsidR="006303BD" w:rsidRDefault="00000000">
            <w:r>
              <w:rPr>
                <w:b/>
                <w:sz w:val="19"/>
              </w:rPr>
              <w:t>Nome File / File Name</w:t>
            </w:r>
          </w:p>
        </w:tc>
        <w:tc>
          <w:tcPr>
            <w:tcW w:w="4752" w:type="dxa"/>
            <w:shd w:val="clear" w:color="auto" w:fill="ECECEC"/>
            <w:tcMar>
              <w:top w:w="80" w:type="dxa"/>
              <w:left w:w="100" w:type="dxa"/>
              <w:bottom w:w="80" w:type="dxa"/>
              <w:right w:w="100" w:type="dxa"/>
            </w:tcMar>
          </w:tcPr>
          <w:p w:rsidR="006303BD" w:rsidRDefault="00000000">
            <w:r>
              <w:rPr>
                <w:b/>
                <w:sz w:val="19"/>
              </w:rPr>
              <w:t>Didascalia / Caption</w:t>
            </w:r>
          </w:p>
        </w:tc>
      </w:tr>
      <w:tr w:rsidR="006303BD">
        <w:trPr>
          <w:jc w:val="center"/>
        </w:trPr>
        <w:tc>
          <w:tcPr>
            <w:tcW w:w="576" w:type="dxa"/>
            <w:tcMar>
              <w:top w:w="60" w:type="dxa"/>
              <w:left w:w="100" w:type="dxa"/>
              <w:bottom w:w="60" w:type="dxa"/>
              <w:right w:w="100" w:type="dxa"/>
            </w:tcMar>
          </w:tcPr>
          <w:p w:rsidR="006303BD" w:rsidRDefault="00000000">
            <w:pPr>
              <w:jc w:val="center"/>
            </w:pPr>
            <w:r>
              <w:rPr>
                <w:sz w:val="19"/>
              </w:rPr>
              <w:t>1</w:t>
            </w:r>
          </w:p>
        </w:tc>
        <w:tc>
          <w:tcPr>
            <w:tcW w:w="4032" w:type="dxa"/>
            <w:tcMar>
              <w:top w:w="60" w:type="dxa"/>
              <w:left w:w="100" w:type="dxa"/>
              <w:bottom w:w="60" w:type="dxa"/>
              <w:right w:w="100" w:type="dxa"/>
            </w:tcMar>
          </w:tcPr>
          <w:p w:rsidR="006303BD" w:rsidRDefault="00000000">
            <w:r>
              <w:rPr>
                <w:sz w:val="19"/>
              </w:rPr>
              <w:t>___________________________</w:t>
            </w:r>
          </w:p>
        </w:tc>
        <w:tc>
          <w:tcPr>
            <w:tcW w:w="4752" w:type="dxa"/>
            <w:tcMar>
              <w:top w:w="60" w:type="dxa"/>
              <w:left w:w="100" w:type="dxa"/>
              <w:bottom w:w="60" w:type="dxa"/>
              <w:right w:w="100" w:type="dxa"/>
            </w:tcMar>
          </w:tcPr>
          <w:p w:rsidR="006303BD" w:rsidRDefault="00000000">
            <w:r>
              <w:rPr>
                <w:sz w:val="19"/>
              </w:rPr>
              <w:t>________________________________</w:t>
            </w:r>
          </w:p>
        </w:tc>
      </w:tr>
      <w:tr w:rsidR="006303BD">
        <w:trPr>
          <w:jc w:val="center"/>
        </w:trPr>
        <w:tc>
          <w:tcPr>
            <w:tcW w:w="576" w:type="dxa"/>
            <w:tcMar>
              <w:top w:w="60" w:type="dxa"/>
              <w:left w:w="100" w:type="dxa"/>
              <w:bottom w:w="60" w:type="dxa"/>
              <w:right w:w="100" w:type="dxa"/>
            </w:tcMar>
          </w:tcPr>
          <w:p w:rsidR="006303BD" w:rsidRDefault="00000000">
            <w:pPr>
              <w:jc w:val="center"/>
            </w:pPr>
            <w:r>
              <w:rPr>
                <w:sz w:val="19"/>
              </w:rPr>
              <w:t>2</w:t>
            </w:r>
          </w:p>
        </w:tc>
        <w:tc>
          <w:tcPr>
            <w:tcW w:w="4032" w:type="dxa"/>
            <w:tcMar>
              <w:top w:w="60" w:type="dxa"/>
              <w:left w:w="100" w:type="dxa"/>
              <w:bottom w:w="60" w:type="dxa"/>
              <w:right w:w="100" w:type="dxa"/>
            </w:tcMar>
          </w:tcPr>
          <w:p w:rsidR="006303BD" w:rsidRDefault="00000000">
            <w:r>
              <w:rPr>
                <w:sz w:val="19"/>
              </w:rPr>
              <w:t>___________________________</w:t>
            </w:r>
          </w:p>
        </w:tc>
        <w:tc>
          <w:tcPr>
            <w:tcW w:w="4752" w:type="dxa"/>
            <w:tcMar>
              <w:top w:w="60" w:type="dxa"/>
              <w:left w:w="100" w:type="dxa"/>
              <w:bottom w:w="60" w:type="dxa"/>
              <w:right w:w="100" w:type="dxa"/>
            </w:tcMar>
          </w:tcPr>
          <w:p w:rsidR="006303BD" w:rsidRDefault="00000000">
            <w:r>
              <w:rPr>
                <w:sz w:val="19"/>
              </w:rPr>
              <w:t>________________________________</w:t>
            </w:r>
          </w:p>
        </w:tc>
      </w:tr>
      <w:tr w:rsidR="006303BD">
        <w:trPr>
          <w:jc w:val="center"/>
        </w:trPr>
        <w:tc>
          <w:tcPr>
            <w:tcW w:w="576" w:type="dxa"/>
            <w:tcMar>
              <w:top w:w="60" w:type="dxa"/>
              <w:left w:w="100" w:type="dxa"/>
              <w:bottom w:w="60" w:type="dxa"/>
              <w:right w:w="100" w:type="dxa"/>
            </w:tcMar>
          </w:tcPr>
          <w:p w:rsidR="006303BD" w:rsidRDefault="00000000">
            <w:pPr>
              <w:jc w:val="center"/>
            </w:pPr>
            <w:r>
              <w:rPr>
                <w:sz w:val="19"/>
              </w:rPr>
              <w:t>3</w:t>
            </w:r>
          </w:p>
        </w:tc>
        <w:tc>
          <w:tcPr>
            <w:tcW w:w="4032" w:type="dxa"/>
            <w:tcMar>
              <w:top w:w="60" w:type="dxa"/>
              <w:left w:w="100" w:type="dxa"/>
              <w:bottom w:w="60" w:type="dxa"/>
              <w:right w:w="100" w:type="dxa"/>
            </w:tcMar>
          </w:tcPr>
          <w:p w:rsidR="006303BD" w:rsidRDefault="00000000">
            <w:r>
              <w:rPr>
                <w:sz w:val="19"/>
              </w:rPr>
              <w:t>___________________________</w:t>
            </w:r>
          </w:p>
        </w:tc>
        <w:tc>
          <w:tcPr>
            <w:tcW w:w="4752" w:type="dxa"/>
            <w:tcMar>
              <w:top w:w="60" w:type="dxa"/>
              <w:left w:w="100" w:type="dxa"/>
              <w:bottom w:w="60" w:type="dxa"/>
              <w:right w:w="100" w:type="dxa"/>
            </w:tcMar>
          </w:tcPr>
          <w:p w:rsidR="006303BD" w:rsidRDefault="00000000">
            <w:r>
              <w:rPr>
                <w:sz w:val="19"/>
              </w:rPr>
              <w:t>________________________________</w:t>
            </w:r>
          </w:p>
        </w:tc>
      </w:tr>
      <w:tr w:rsidR="006303BD">
        <w:trPr>
          <w:jc w:val="center"/>
        </w:trPr>
        <w:tc>
          <w:tcPr>
            <w:tcW w:w="576" w:type="dxa"/>
            <w:tcMar>
              <w:top w:w="60" w:type="dxa"/>
              <w:left w:w="100" w:type="dxa"/>
              <w:bottom w:w="60" w:type="dxa"/>
              <w:right w:w="100" w:type="dxa"/>
            </w:tcMar>
          </w:tcPr>
          <w:p w:rsidR="006303BD" w:rsidRDefault="00000000">
            <w:pPr>
              <w:jc w:val="center"/>
            </w:pPr>
            <w:r>
              <w:rPr>
                <w:sz w:val="19"/>
              </w:rPr>
              <w:t>4</w:t>
            </w:r>
          </w:p>
        </w:tc>
        <w:tc>
          <w:tcPr>
            <w:tcW w:w="4032" w:type="dxa"/>
            <w:tcMar>
              <w:top w:w="60" w:type="dxa"/>
              <w:left w:w="100" w:type="dxa"/>
              <w:bottom w:w="60" w:type="dxa"/>
              <w:right w:w="100" w:type="dxa"/>
            </w:tcMar>
          </w:tcPr>
          <w:p w:rsidR="006303BD" w:rsidRDefault="00000000">
            <w:r>
              <w:rPr>
                <w:sz w:val="19"/>
              </w:rPr>
              <w:t>___________________________</w:t>
            </w:r>
          </w:p>
        </w:tc>
        <w:tc>
          <w:tcPr>
            <w:tcW w:w="4752" w:type="dxa"/>
            <w:tcMar>
              <w:top w:w="60" w:type="dxa"/>
              <w:left w:w="100" w:type="dxa"/>
              <w:bottom w:w="60" w:type="dxa"/>
              <w:right w:w="100" w:type="dxa"/>
            </w:tcMar>
          </w:tcPr>
          <w:p w:rsidR="006303BD" w:rsidRDefault="00000000">
            <w:r>
              <w:rPr>
                <w:sz w:val="19"/>
              </w:rPr>
              <w:t>________________________________</w:t>
            </w:r>
          </w:p>
        </w:tc>
      </w:tr>
      <w:tr w:rsidR="006303BD">
        <w:trPr>
          <w:jc w:val="center"/>
        </w:trPr>
        <w:tc>
          <w:tcPr>
            <w:tcW w:w="576" w:type="dxa"/>
            <w:tcMar>
              <w:top w:w="60" w:type="dxa"/>
              <w:left w:w="100" w:type="dxa"/>
              <w:bottom w:w="60" w:type="dxa"/>
              <w:right w:w="100" w:type="dxa"/>
            </w:tcMar>
          </w:tcPr>
          <w:p w:rsidR="006303BD" w:rsidRDefault="00000000">
            <w:pPr>
              <w:jc w:val="center"/>
            </w:pPr>
            <w:r>
              <w:rPr>
                <w:sz w:val="19"/>
              </w:rPr>
              <w:t>5</w:t>
            </w:r>
          </w:p>
        </w:tc>
        <w:tc>
          <w:tcPr>
            <w:tcW w:w="4032" w:type="dxa"/>
            <w:tcMar>
              <w:top w:w="60" w:type="dxa"/>
              <w:left w:w="100" w:type="dxa"/>
              <w:bottom w:w="60" w:type="dxa"/>
              <w:right w:w="100" w:type="dxa"/>
            </w:tcMar>
          </w:tcPr>
          <w:p w:rsidR="006303BD" w:rsidRDefault="00000000">
            <w:r>
              <w:rPr>
                <w:sz w:val="19"/>
              </w:rPr>
              <w:t>___________________________</w:t>
            </w:r>
          </w:p>
        </w:tc>
        <w:tc>
          <w:tcPr>
            <w:tcW w:w="4752" w:type="dxa"/>
            <w:tcMar>
              <w:top w:w="60" w:type="dxa"/>
              <w:left w:w="100" w:type="dxa"/>
              <w:bottom w:w="60" w:type="dxa"/>
              <w:right w:w="100" w:type="dxa"/>
            </w:tcMar>
          </w:tcPr>
          <w:p w:rsidR="006303BD" w:rsidRDefault="00000000">
            <w:r>
              <w:rPr>
                <w:sz w:val="19"/>
              </w:rPr>
              <w:t>________________________________</w:t>
            </w:r>
          </w:p>
        </w:tc>
      </w:tr>
      <w:tr w:rsidR="006303BD">
        <w:trPr>
          <w:jc w:val="center"/>
        </w:trPr>
        <w:tc>
          <w:tcPr>
            <w:tcW w:w="576" w:type="dxa"/>
            <w:tcMar>
              <w:top w:w="60" w:type="dxa"/>
              <w:left w:w="100" w:type="dxa"/>
              <w:bottom w:w="60" w:type="dxa"/>
              <w:right w:w="100" w:type="dxa"/>
            </w:tcMar>
          </w:tcPr>
          <w:p w:rsidR="006303BD" w:rsidRDefault="00000000">
            <w:pPr>
              <w:jc w:val="center"/>
            </w:pPr>
            <w:r>
              <w:rPr>
                <w:sz w:val="19"/>
              </w:rPr>
              <w:t>6</w:t>
            </w:r>
          </w:p>
        </w:tc>
        <w:tc>
          <w:tcPr>
            <w:tcW w:w="4032" w:type="dxa"/>
            <w:tcMar>
              <w:top w:w="60" w:type="dxa"/>
              <w:left w:w="100" w:type="dxa"/>
              <w:bottom w:w="60" w:type="dxa"/>
              <w:right w:w="100" w:type="dxa"/>
            </w:tcMar>
          </w:tcPr>
          <w:p w:rsidR="006303BD" w:rsidRDefault="00000000">
            <w:r>
              <w:rPr>
                <w:sz w:val="19"/>
              </w:rPr>
              <w:t>___________________________</w:t>
            </w:r>
          </w:p>
        </w:tc>
        <w:tc>
          <w:tcPr>
            <w:tcW w:w="4752" w:type="dxa"/>
            <w:tcMar>
              <w:top w:w="60" w:type="dxa"/>
              <w:left w:w="100" w:type="dxa"/>
              <w:bottom w:w="60" w:type="dxa"/>
              <w:right w:w="100" w:type="dxa"/>
            </w:tcMar>
          </w:tcPr>
          <w:p w:rsidR="006303BD" w:rsidRDefault="00000000">
            <w:r>
              <w:rPr>
                <w:sz w:val="19"/>
              </w:rPr>
              <w:t>________________________________</w:t>
            </w:r>
          </w:p>
        </w:tc>
      </w:tr>
      <w:tr w:rsidR="006303BD">
        <w:trPr>
          <w:jc w:val="center"/>
        </w:trPr>
        <w:tc>
          <w:tcPr>
            <w:tcW w:w="576" w:type="dxa"/>
            <w:tcMar>
              <w:top w:w="60" w:type="dxa"/>
              <w:left w:w="100" w:type="dxa"/>
              <w:bottom w:w="60" w:type="dxa"/>
              <w:right w:w="100" w:type="dxa"/>
            </w:tcMar>
          </w:tcPr>
          <w:p w:rsidR="006303BD" w:rsidRDefault="00000000">
            <w:pPr>
              <w:jc w:val="center"/>
            </w:pPr>
            <w:r>
              <w:rPr>
                <w:sz w:val="19"/>
              </w:rPr>
              <w:t>7</w:t>
            </w:r>
          </w:p>
        </w:tc>
        <w:tc>
          <w:tcPr>
            <w:tcW w:w="4032" w:type="dxa"/>
            <w:tcMar>
              <w:top w:w="60" w:type="dxa"/>
              <w:left w:w="100" w:type="dxa"/>
              <w:bottom w:w="60" w:type="dxa"/>
              <w:right w:w="100" w:type="dxa"/>
            </w:tcMar>
          </w:tcPr>
          <w:p w:rsidR="006303BD" w:rsidRDefault="00000000">
            <w:r>
              <w:rPr>
                <w:sz w:val="19"/>
              </w:rPr>
              <w:t>___________________________</w:t>
            </w:r>
          </w:p>
        </w:tc>
        <w:tc>
          <w:tcPr>
            <w:tcW w:w="4752" w:type="dxa"/>
            <w:tcMar>
              <w:top w:w="60" w:type="dxa"/>
              <w:left w:w="100" w:type="dxa"/>
              <w:bottom w:w="60" w:type="dxa"/>
              <w:right w:w="100" w:type="dxa"/>
            </w:tcMar>
          </w:tcPr>
          <w:p w:rsidR="006303BD" w:rsidRDefault="00000000">
            <w:r>
              <w:rPr>
                <w:sz w:val="19"/>
              </w:rPr>
              <w:t>________________________________</w:t>
            </w:r>
          </w:p>
        </w:tc>
      </w:tr>
      <w:tr w:rsidR="006303BD">
        <w:trPr>
          <w:jc w:val="center"/>
        </w:trPr>
        <w:tc>
          <w:tcPr>
            <w:tcW w:w="576" w:type="dxa"/>
            <w:tcMar>
              <w:top w:w="60" w:type="dxa"/>
              <w:left w:w="100" w:type="dxa"/>
              <w:bottom w:w="60" w:type="dxa"/>
              <w:right w:w="100" w:type="dxa"/>
            </w:tcMar>
          </w:tcPr>
          <w:p w:rsidR="006303BD" w:rsidRDefault="00000000">
            <w:pPr>
              <w:jc w:val="center"/>
            </w:pPr>
            <w:r>
              <w:rPr>
                <w:sz w:val="19"/>
              </w:rPr>
              <w:t>8</w:t>
            </w:r>
          </w:p>
        </w:tc>
        <w:tc>
          <w:tcPr>
            <w:tcW w:w="4032" w:type="dxa"/>
            <w:tcMar>
              <w:top w:w="60" w:type="dxa"/>
              <w:left w:w="100" w:type="dxa"/>
              <w:bottom w:w="60" w:type="dxa"/>
              <w:right w:w="100" w:type="dxa"/>
            </w:tcMar>
          </w:tcPr>
          <w:p w:rsidR="006303BD" w:rsidRDefault="00000000">
            <w:r>
              <w:rPr>
                <w:sz w:val="19"/>
              </w:rPr>
              <w:t>___________________________</w:t>
            </w:r>
          </w:p>
        </w:tc>
        <w:tc>
          <w:tcPr>
            <w:tcW w:w="4752" w:type="dxa"/>
            <w:tcMar>
              <w:top w:w="60" w:type="dxa"/>
              <w:left w:w="100" w:type="dxa"/>
              <w:bottom w:w="60" w:type="dxa"/>
              <w:right w:w="100" w:type="dxa"/>
            </w:tcMar>
          </w:tcPr>
          <w:p w:rsidR="006303BD" w:rsidRDefault="00000000">
            <w:r>
              <w:rPr>
                <w:sz w:val="19"/>
              </w:rPr>
              <w:t>________________________________</w:t>
            </w:r>
          </w:p>
        </w:tc>
      </w:tr>
      <w:tr w:rsidR="006303BD">
        <w:trPr>
          <w:jc w:val="center"/>
        </w:trPr>
        <w:tc>
          <w:tcPr>
            <w:tcW w:w="576" w:type="dxa"/>
            <w:tcMar>
              <w:top w:w="60" w:type="dxa"/>
              <w:left w:w="100" w:type="dxa"/>
              <w:bottom w:w="60" w:type="dxa"/>
              <w:right w:w="100" w:type="dxa"/>
            </w:tcMar>
          </w:tcPr>
          <w:p w:rsidR="006303BD" w:rsidRDefault="00000000">
            <w:pPr>
              <w:jc w:val="center"/>
            </w:pPr>
            <w:r>
              <w:rPr>
                <w:sz w:val="19"/>
              </w:rPr>
              <w:t>9</w:t>
            </w:r>
          </w:p>
        </w:tc>
        <w:tc>
          <w:tcPr>
            <w:tcW w:w="4032" w:type="dxa"/>
            <w:tcMar>
              <w:top w:w="60" w:type="dxa"/>
              <w:left w:w="100" w:type="dxa"/>
              <w:bottom w:w="60" w:type="dxa"/>
              <w:right w:w="100" w:type="dxa"/>
            </w:tcMar>
          </w:tcPr>
          <w:p w:rsidR="006303BD" w:rsidRDefault="00000000">
            <w:r>
              <w:rPr>
                <w:sz w:val="19"/>
              </w:rPr>
              <w:t>___________________________</w:t>
            </w:r>
          </w:p>
        </w:tc>
        <w:tc>
          <w:tcPr>
            <w:tcW w:w="4752" w:type="dxa"/>
            <w:tcMar>
              <w:top w:w="60" w:type="dxa"/>
              <w:left w:w="100" w:type="dxa"/>
              <w:bottom w:w="60" w:type="dxa"/>
              <w:right w:w="100" w:type="dxa"/>
            </w:tcMar>
          </w:tcPr>
          <w:p w:rsidR="006303BD" w:rsidRDefault="00000000">
            <w:r>
              <w:rPr>
                <w:sz w:val="19"/>
              </w:rPr>
              <w:t>________________________________</w:t>
            </w:r>
          </w:p>
        </w:tc>
      </w:tr>
      <w:tr w:rsidR="006303BD">
        <w:trPr>
          <w:jc w:val="center"/>
        </w:trPr>
        <w:tc>
          <w:tcPr>
            <w:tcW w:w="576" w:type="dxa"/>
            <w:tcMar>
              <w:top w:w="60" w:type="dxa"/>
              <w:left w:w="100" w:type="dxa"/>
              <w:bottom w:w="60" w:type="dxa"/>
              <w:right w:w="100" w:type="dxa"/>
            </w:tcMar>
          </w:tcPr>
          <w:p w:rsidR="006303BD" w:rsidRDefault="00000000">
            <w:pPr>
              <w:jc w:val="center"/>
            </w:pPr>
            <w:r>
              <w:rPr>
                <w:sz w:val="19"/>
              </w:rPr>
              <w:t>10</w:t>
            </w:r>
          </w:p>
        </w:tc>
        <w:tc>
          <w:tcPr>
            <w:tcW w:w="4032" w:type="dxa"/>
            <w:tcMar>
              <w:top w:w="60" w:type="dxa"/>
              <w:left w:w="100" w:type="dxa"/>
              <w:bottom w:w="60" w:type="dxa"/>
              <w:right w:w="100" w:type="dxa"/>
            </w:tcMar>
          </w:tcPr>
          <w:p w:rsidR="006303BD" w:rsidRDefault="00000000">
            <w:r>
              <w:rPr>
                <w:sz w:val="19"/>
              </w:rPr>
              <w:t>___________________________</w:t>
            </w:r>
          </w:p>
        </w:tc>
        <w:tc>
          <w:tcPr>
            <w:tcW w:w="4752" w:type="dxa"/>
            <w:tcMar>
              <w:top w:w="60" w:type="dxa"/>
              <w:left w:w="100" w:type="dxa"/>
              <w:bottom w:w="60" w:type="dxa"/>
              <w:right w:w="100" w:type="dxa"/>
            </w:tcMar>
          </w:tcPr>
          <w:p w:rsidR="006303BD" w:rsidRDefault="00000000">
            <w:r>
              <w:rPr>
                <w:sz w:val="19"/>
              </w:rPr>
              <w:t>________________________________</w:t>
            </w:r>
          </w:p>
        </w:tc>
      </w:tr>
      <w:tr w:rsidR="006303BD">
        <w:trPr>
          <w:jc w:val="center"/>
        </w:trPr>
        <w:tc>
          <w:tcPr>
            <w:tcW w:w="576" w:type="dxa"/>
            <w:tcMar>
              <w:top w:w="60" w:type="dxa"/>
              <w:left w:w="100" w:type="dxa"/>
              <w:bottom w:w="60" w:type="dxa"/>
              <w:right w:w="100" w:type="dxa"/>
            </w:tcMar>
          </w:tcPr>
          <w:p w:rsidR="006303BD" w:rsidRDefault="00000000">
            <w:pPr>
              <w:jc w:val="center"/>
            </w:pPr>
            <w:r>
              <w:rPr>
                <w:sz w:val="19"/>
              </w:rPr>
              <w:t>11</w:t>
            </w:r>
          </w:p>
        </w:tc>
        <w:tc>
          <w:tcPr>
            <w:tcW w:w="4032" w:type="dxa"/>
            <w:tcMar>
              <w:top w:w="60" w:type="dxa"/>
              <w:left w:w="100" w:type="dxa"/>
              <w:bottom w:w="60" w:type="dxa"/>
              <w:right w:w="100" w:type="dxa"/>
            </w:tcMar>
          </w:tcPr>
          <w:p w:rsidR="006303BD" w:rsidRDefault="00000000">
            <w:r>
              <w:rPr>
                <w:sz w:val="19"/>
              </w:rPr>
              <w:t>___________________________</w:t>
            </w:r>
          </w:p>
        </w:tc>
        <w:tc>
          <w:tcPr>
            <w:tcW w:w="4752" w:type="dxa"/>
            <w:tcMar>
              <w:top w:w="60" w:type="dxa"/>
              <w:left w:w="100" w:type="dxa"/>
              <w:bottom w:w="60" w:type="dxa"/>
              <w:right w:w="100" w:type="dxa"/>
            </w:tcMar>
          </w:tcPr>
          <w:p w:rsidR="006303BD" w:rsidRDefault="00000000">
            <w:r>
              <w:rPr>
                <w:sz w:val="19"/>
              </w:rPr>
              <w:t>________________________________</w:t>
            </w:r>
          </w:p>
        </w:tc>
      </w:tr>
      <w:tr w:rsidR="006303BD">
        <w:trPr>
          <w:jc w:val="center"/>
        </w:trPr>
        <w:tc>
          <w:tcPr>
            <w:tcW w:w="576" w:type="dxa"/>
            <w:tcMar>
              <w:top w:w="60" w:type="dxa"/>
              <w:left w:w="100" w:type="dxa"/>
              <w:bottom w:w="60" w:type="dxa"/>
              <w:right w:w="100" w:type="dxa"/>
            </w:tcMar>
          </w:tcPr>
          <w:p w:rsidR="006303BD" w:rsidRDefault="00000000">
            <w:pPr>
              <w:jc w:val="center"/>
            </w:pPr>
            <w:r>
              <w:rPr>
                <w:sz w:val="19"/>
              </w:rPr>
              <w:t>12</w:t>
            </w:r>
          </w:p>
        </w:tc>
        <w:tc>
          <w:tcPr>
            <w:tcW w:w="4032" w:type="dxa"/>
            <w:tcMar>
              <w:top w:w="60" w:type="dxa"/>
              <w:left w:w="100" w:type="dxa"/>
              <w:bottom w:w="60" w:type="dxa"/>
              <w:right w:w="100" w:type="dxa"/>
            </w:tcMar>
          </w:tcPr>
          <w:p w:rsidR="006303BD" w:rsidRDefault="00000000">
            <w:r>
              <w:rPr>
                <w:sz w:val="19"/>
              </w:rPr>
              <w:t>___________________________</w:t>
            </w:r>
          </w:p>
        </w:tc>
        <w:tc>
          <w:tcPr>
            <w:tcW w:w="4752" w:type="dxa"/>
            <w:tcMar>
              <w:top w:w="60" w:type="dxa"/>
              <w:left w:w="100" w:type="dxa"/>
              <w:bottom w:w="60" w:type="dxa"/>
              <w:right w:w="100" w:type="dxa"/>
            </w:tcMar>
          </w:tcPr>
          <w:p w:rsidR="006303BD" w:rsidRDefault="00000000">
            <w:r>
              <w:rPr>
                <w:sz w:val="19"/>
              </w:rPr>
              <w:t>________________________________</w:t>
            </w:r>
          </w:p>
        </w:tc>
      </w:tr>
      <w:tr w:rsidR="006303BD">
        <w:trPr>
          <w:jc w:val="center"/>
        </w:trPr>
        <w:tc>
          <w:tcPr>
            <w:tcW w:w="576" w:type="dxa"/>
            <w:tcMar>
              <w:top w:w="60" w:type="dxa"/>
              <w:left w:w="100" w:type="dxa"/>
              <w:bottom w:w="60" w:type="dxa"/>
              <w:right w:w="100" w:type="dxa"/>
            </w:tcMar>
          </w:tcPr>
          <w:p w:rsidR="006303BD" w:rsidRDefault="00000000">
            <w:pPr>
              <w:jc w:val="center"/>
            </w:pPr>
            <w:r>
              <w:rPr>
                <w:sz w:val="19"/>
              </w:rPr>
              <w:t>13</w:t>
            </w:r>
          </w:p>
        </w:tc>
        <w:tc>
          <w:tcPr>
            <w:tcW w:w="4032" w:type="dxa"/>
            <w:tcMar>
              <w:top w:w="60" w:type="dxa"/>
              <w:left w:w="100" w:type="dxa"/>
              <w:bottom w:w="60" w:type="dxa"/>
              <w:right w:w="100" w:type="dxa"/>
            </w:tcMar>
          </w:tcPr>
          <w:p w:rsidR="006303BD" w:rsidRDefault="00000000">
            <w:r>
              <w:rPr>
                <w:sz w:val="19"/>
              </w:rPr>
              <w:t>___________________________</w:t>
            </w:r>
          </w:p>
        </w:tc>
        <w:tc>
          <w:tcPr>
            <w:tcW w:w="4752" w:type="dxa"/>
            <w:tcMar>
              <w:top w:w="60" w:type="dxa"/>
              <w:left w:w="100" w:type="dxa"/>
              <w:bottom w:w="60" w:type="dxa"/>
              <w:right w:w="100" w:type="dxa"/>
            </w:tcMar>
          </w:tcPr>
          <w:p w:rsidR="006303BD" w:rsidRDefault="00000000">
            <w:r>
              <w:rPr>
                <w:sz w:val="19"/>
              </w:rPr>
              <w:t>________________________________</w:t>
            </w:r>
          </w:p>
        </w:tc>
      </w:tr>
      <w:tr w:rsidR="006303BD">
        <w:trPr>
          <w:jc w:val="center"/>
        </w:trPr>
        <w:tc>
          <w:tcPr>
            <w:tcW w:w="576" w:type="dxa"/>
            <w:tcMar>
              <w:top w:w="60" w:type="dxa"/>
              <w:left w:w="100" w:type="dxa"/>
              <w:bottom w:w="60" w:type="dxa"/>
              <w:right w:w="100" w:type="dxa"/>
            </w:tcMar>
          </w:tcPr>
          <w:p w:rsidR="006303BD" w:rsidRDefault="00000000">
            <w:pPr>
              <w:jc w:val="center"/>
            </w:pPr>
            <w:r>
              <w:rPr>
                <w:sz w:val="19"/>
              </w:rPr>
              <w:t>14</w:t>
            </w:r>
          </w:p>
        </w:tc>
        <w:tc>
          <w:tcPr>
            <w:tcW w:w="4032" w:type="dxa"/>
            <w:tcMar>
              <w:top w:w="60" w:type="dxa"/>
              <w:left w:w="100" w:type="dxa"/>
              <w:bottom w:w="60" w:type="dxa"/>
              <w:right w:w="100" w:type="dxa"/>
            </w:tcMar>
          </w:tcPr>
          <w:p w:rsidR="006303BD" w:rsidRDefault="00000000">
            <w:r>
              <w:rPr>
                <w:sz w:val="19"/>
              </w:rPr>
              <w:t>___________________________</w:t>
            </w:r>
          </w:p>
        </w:tc>
        <w:tc>
          <w:tcPr>
            <w:tcW w:w="4752" w:type="dxa"/>
            <w:tcMar>
              <w:top w:w="60" w:type="dxa"/>
              <w:left w:w="100" w:type="dxa"/>
              <w:bottom w:w="60" w:type="dxa"/>
              <w:right w:w="100" w:type="dxa"/>
            </w:tcMar>
          </w:tcPr>
          <w:p w:rsidR="006303BD" w:rsidRDefault="00000000">
            <w:r>
              <w:rPr>
                <w:sz w:val="19"/>
              </w:rPr>
              <w:t>________________________________</w:t>
            </w:r>
          </w:p>
        </w:tc>
      </w:tr>
      <w:tr w:rsidR="006303BD">
        <w:trPr>
          <w:jc w:val="center"/>
        </w:trPr>
        <w:tc>
          <w:tcPr>
            <w:tcW w:w="576" w:type="dxa"/>
            <w:tcMar>
              <w:top w:w="60" w:type="dxa"/>
              <w:left w:w="100" w:type="dxa"/>
              <w:bottom w:w="60" w:type="dxa"/>
              <w:right w:w="100" w:type="dxa"/>
            </w:tcMar>
          </w:tcPr>
          <w:p w:rsidR="006303BD" w:rsidRDefault="00000000">
            <w:pPr>
              <w:jc w:val="center"/>
            </w:pPr>
            <w:r>
              <w:rPr>
                <w:sz w:val="19"/>
              </w:rPr>
              <w:t>15</w:t>
            </w:r>
          </w:p>
        </w:tc>
        <w:tc>
          <w:tcPr>
            <w:tcW w:w="4032" w:type="dxa"/>
            <w:tcMar>
              <w:top w:w="60" w:type="dxa"/>
              <w:left w:w="100" w:type="dxa"/>
              <w:bottom w:w="60" w:type="dxa"/>
              <w:right w:w="100" w:type="dxa"/>
            </w:tcMar>
          </w:tcPr>
          <w:p w:rsidR="006303BD" w:rsidRDefault="00000000">
            <w:r>
              <w:rPr>
                <w:sz w:val="19"/>
              </w:rPr>
              <w:t>___________________________</w:t>
            </w:r>
          </w:p>
        </w:tc>
        <w:tc>
          <w:tcPr>
            <w:tcW w:w="4752" w:type="dxa"/>
            <w:tcMar>
              <w:top w:w="60" w:type="dxa"/>
              <w:left w:w="100" w:type="dxa"/>
              <w:bottom w:w="60" w:type="dxa"/>
              <w:right w:w="100" w:type="dxa"/>
            </w:tcMar>
          </w:tcPr>
          <w:p w:rsidR="006303BD" w:rsidRDefault="00000000">
            <w:r>
              <w:rPr>
                <w:sz w:val="19"/>
              </w:rPr>
              <w:t>________________________________</w:t>
            </w:r>
          </w:p>
        </w:tc>
      </w:tr>
    </w:tbl>
    <w:p w:rsidR="006303BD" w:rsidRDefault="00000000">
      <w:pPr>
        <w:keepNext/>
        <w:pBdr>
          <w:bottom w:val="single" w:sz="6" w:space="4" w:color="444444"/>
        </w:pBdr>
        <w:spacing w:before="360" w:after="160"/>
      </w:pPr>
      <w:r>
        <w:rPr>
          <w:b/>
          <w:color w:val="111111"/>
        </w:rPr>
        <w:t>3. CHECK-LIST DEI REQUISITI / REQUIREMENTS CHECKLIST</w:t>
      </w:r>
    </w:p>
    <w:p w:rsidR="006303BD" w:rsidRPr="00FF4A9D" w:rsidRDefault="00000000">
      <w:pPr>
        <w:spacing w:after="120"/>
      </w:pPr>
      <w:proofErr w:type="gramStart"/>
      <w:r w:rsidRPr="00FF4A9D">
        <w:t>[  ]</w:t>
      </w:r>
      <w:proofErr w:type="gramEnd"/>
      <w:r w:rsidRPr="00FF4A9D">
        <w:t xml:space="preserve">  Formato / Format: File JPEG, dimensione minima </w:t>
      </w:r>
      <w:r w:rsidR="00FF4A9D" w:rsidRPr="00FF4A9D">
        <w:t>400</w:t>
      </w:r>
      <w:r w:rsidRPr="00FF4A9D">
        <w:t>0 pixel lato lungo.</w:t>
      </w:r>
    </w:p>
    <w:p w:rsidR="006303BD" w:rsidRPr="0081222A" w:rsidRDefault="00000000">
      <w:pPr>
        <w:spacing w:after="120"/>
        <w:rPr>
          <w:i/>
          <w:iCs/>
        </w:rPr>
      </w:pPr>
      <w:proofErr w:type="gramStart"/>
      <w:r w:rsidRPr="00FF4A9D">
        <w:t>[  ]</w:t>
      </w:r>
      <w:proofErr w:type="gramEnd"/>
      <w:r w:rsidRPr="00FF4A9D">
        <w:t xml:space="preserve">  No AI: Confermo che le immagini NON sono state realizzate con Intelligenza Artificiale. </w:t>
      </w:r>
      <w:r w:rsidRPr="0081222A">
        <w:rPr>
          <w:i/>
          <w:iCs/>
        </w:rPr>
        <w:t xml:space="preserve">/ I </w:t>
      </w:r>
      <w:proofErr w:type="spellStart"/>
      <w:r w:rsidRPr="0081222A">
        <w:rPr>
          <w:i/>
          <w:iCs/>
        </w:rPr>
        <w:t>confirm</w:t>
      </w:r>
      <w:proofErr w:type="spellEnd"/>
      <w:r w:rsidRPr="0081222A">
        <w:rPr>
          <w:i/>
          <w:iCs/>
        </w:rPr>
        <w:t xml:space="preserve"> </w:t>
      </w:r>
      <w:proofErr w:type="spellStart"/>
      <w:r w:rsidRPr="0081222A">
        <w:rPr>
          <w:i/>
          <w:iCs/>
        </w:rPr>
        <w:t>that</w:t>
      </w:r>
      <w:proofErr w:type="spellEnd"/>
      <w:r w:rsidRPr="0081222A">
        <w:rPr>
          <w:i/>
          <w:iCs/>
        </w:rPr>
        <w:t xml:space="preserve"> the images are NOT </w:t>
      </w:r>
      <w:proofErr w:type="spellStart"/>
      <w:r w:rsidRPr="0081222A">
        <w:rPr>
          <w:i/>
          <w:iCs/>
        </w:rPr>
        <w:t>generated</w:t>
      </w:r>
      <w:proofErr w:type="spellEnd"/>
      <w:r w:rsidRPr="0081222A">
        <w:rPr>
          <w:i/>
          <w:iCs/>
        </w:rPr>
        <w:t xml:space="preserve"> with </w:t>
      </w:r>
      <w:proofErr w:type="spellStart"/>
      <w:r w:rsidRPr="0081222A">
        <w:rPr>
          <w:i/>
          <w:iCs/>
        </w:rPr>
        <w:t>Artificial</w:t>
      </w:r>
      <w:proofErr w:type="spellEnd"/>
      <w:r w:rsidRPr="0081222A">
        <w:rPr>
          <w:i/>
          <w:iCs/>
        </w:rPr>
        <w:t xml:space="preserve"> Intelligence.</w:t>
      </w:r>
    </w:p>
    <w:p w:rsidR="006303BD" w:rsidRPr="0081222A" w:rsidRDefault="00000000">
      <w:pPr>
        <w:spacing w:after="120"/>
        <w:rPr>
          <w:i/>
          <w:iCs/>
        </w:rPr>
      </w:pPr>
      <w:proofErr w:type="gramStart"/>
      <w:r w:rsidRPr="00FF4A9D">
        <w:t>[  ]</w:t>
      </w:r>
      <w:proofErr w:type="gramEnd"/>
      <w:r w:rsidRPr="00FF4A9D">
        <w:t xml:space="preserve">  Pagamento / Payment: Allego alla presente email la ricevuta del bonifico bancario. / </w:t>
      </w:r>
      <w:r w:rsidRPr="0081222A">
        <w:rPr>
          <w:i/>
          <w:iCs/>
        </w:rPr>
        <w:t xml:space="preserve">I </w:t>
      </w:r>
      <w:proofErr w:type="spellStart"/>
      <w:r w:rsidRPr="0081222A">
        <w:rPr>
          <w:i/>
          <w:iCs/>
        </w:rPr>
        <w:t>attach</w:t>
      </w:r>
      <w:proofErr w:type="spellEnd"/>
      <w:r w:rsidRPr="0081222A">
        <w:rPr>
          <w:i/>
          <w:iCs/>
        </w:rPr>
        <w:t xml:space="preserve"> the bank transfer </w:t>
      </w:r>
      <w:proofErr w:type="spellStart"/>
      <w:r w:rsidRPr="0081222A">
        <w:rPr>
          <w:i/>
          <w:iCs/>
        </w:rPr>
        <w:t>receipt</w:t>
      </w:r>
      <w:proofErr w:type="spellEnd"/>
      <w:r w:rsidRPr="0081222A">
        <w:rPr>
          <w:i/>
          <w:iCs/>
        </w:rPr>
        <w:t xml:space="preserve"> to </w:t>
      </w:r>
      <w:proofErr w:type="spellStart"/>
      <w:r w:rsidRPr="0081222A">
        <w:rPr>
          <w:i/>
          <w:iCs/>
        </w:rPr>
        <w:t>this</w:t>
      </w:r>
      <w:proofErr w:type="spellEnd"/>
      <w:r w:rsidRPr="0081222A">
        <w:rPr>
          <w:i/>
          <w:iCs/>
        </w:rPr>
        <w:t xml:space="preserve"> email.</w:t>
      </w:r>
    </w:p>
    <w:p w:rsidR="006303BD" w:rsidRPr="00FF4A9D" w:rsidRDefault="00000000">
      <w:pPr>
        <w:keepNext/>
        <w:pBdr>
          <w:bottom w:val="single" w:sz="6" w:space="4" w:color="444444"/>
        </w:pBdr>
        <w:spacing w:before="360" w:after="160"/>
      </w:pPr>
      <w:r w:rsidRPr="00FF4A9D">
        <w:rPr>
          <w:b/>
          <w:color w:val="111111"/>
        </w:rPr>
        <w:lastRenderedPageBreak/>
        <w:t>4. DICHIARAZIONI LEGALI E PRIVACY / LEGAL TERMS &amp; PRIVACY</w:t>
      </w:r>
    </w:p>
    <w:p w:rsidR="006303BD" w:rsidRPr="0081222A" w:rsidRDefault="00000000">
      <w:pPr>
        <w:spacing w:after="80"/>
      </w:pPr>
      <w:r w:rsidRPr="0081222A">
        <w:rPr>
          <w:b/>
        </w:rPr>
        <w:t>Paternità dell'opera / Copyright &amp; Ownership:</w:t>
      </w:r>
    </w:p>
    <w:p w:rsidR="006303BD" w:rsidRDefault="00000000">
      <w:pPr>
        <w:rPr>
          <w:i/>
          <w:lang w:val="en-US"/>
        </w:rPr>
      </w:pPr>
      <w:r w:rsidRPr="0081222A">
        <w:t>Il sottoscritto dichiara sotto la propria responsabilità di essere l’unico autore e detentore dei diritti delle immagini presentate e che esse non ledono diritti di terzi.</w:t>
      </w:r>
      <w:r w:rsidRPr="0081222A">
        <w:br/>
      </w:r>
      <w:r w:rsidRPr="0081222A">
        <w:rPr>
          <w:i/>
          <w:lang w:val="en-US"/>
        </w:rPr>
        <w:t>The undersigned declares under their own responsibility to be the sole author and copyright holder of the submitted images and that they do not infringe upon any third-party rights.</w:t>
      </w:r>
    </w:p>
    <w:p w:rsidR="0081222A" w:rsidRPr="0081222A" w:rsidRDefault="0081222A">
      <w:pPr>
        <w:rPr>
          <w:lang w:val="en-US"/>
        </w:rPr>
      </w:pPr>
    </w:p>
    <w:p w:rsidR="00FF4A9D" w:rsidRPr="0081222A" w:rsidRDefault="00000000" w:rsidP="0081222A">
      <w:pPr>
        <w:spacing w:after="80"/>
      </w:pPr>
      <w:r w:rsidRPr="0081222A">
        <w:rPr>
          <w:b/>
        </w:rPr>
        <w:t>Trattamento Dati e Uso Immagini</w:t>
      </w:r>
      <w:r w:rsidR="00FF4A9D" w:rsidRPr="0081222A">
        <w:rPr>
          <w:b/>
        </w:rPr>
        <w:t xml:space="preserve"> (</w:t>
      </w:r>
      <w:r w:rsidR="00FF4A9D" w:rsidRPr="0081222A">
        <w:rPr>
          <w:bCs/>
          <w:color w:val="111111"/>
        </w:rPr>
        <w:t>tutela del diritto d’autore e proprietà intellettuale)</w:t>
      </w:r>
      <w:r w:rsidR="00FF4A9D" w:rsidRPr="0081222A">
        <w:rPr>
          <w:bCs/>
        </w:rPr>
        <w:t>/</w:t>
      </w:r>
      <w:r w:rsidR="00FF4A9D" w:rsidRPr="0081222A">
        <w:rPr>
          <w:b/>
        </w:rPr>
        <w:t xml:space="preserve"> </w:t>
      </w:r>
      <w:r w:rsidRPr="0081222A">
        <w:rPr>
          <w:b/>
        </w:rPr>
        <w:t xml:space="preserve">Data </w:t>
      </w:r>
      <w:proofErr w:type="spellStart"/>
      <w:r w:rsidRPr="0081222A">
        <w:rPr>
          <w:b/>
        </w:rPr>
        <w:t>Protection</w:t>
      </w:r>
      <w:proofErr w:type="spellEnd"/>
      <w:r w:rsidRPr="0081222A">
        <w:rPr>
          <w:b/>
        </w:rPr>
        <w:t xml:space="preserve"> &amp; Image Use (GDPR):</w:t>
      </w:r>
      <w:r w:rsidR="00FF4A9D" w:rsidRPr="0081222A">
        <w:t xml:space="preserve"> a</w:t>
      </w:r>
      <w:r w:rsidRPr="0081222A">
        <w:t xml:space="preserve">cconsento al trattamento dei miei dati personali per le finalità legate alla Open Call e autorizzo il festival all'uso gratuito delle immagini selezionate </w:t>
      </w:r>
      <w:r w:rsidR="00FF4A9D" w:rsidRPr="0081222A">
        <w:t xml:space="preserve">anche ai sensi degli artt.10 e 320 c.c. e degli artt.96 e 97 della Legge 22.4.1941 n.633, per il solo scopo espositivo durante il periodo del Festival e per le relative attività di promozione istituzionale (2/3 immagini per i comunicati stampa, brochure, pagine web e social network Festival). </w:t>
      </w:r>
      <w:r w:rsidR="00FF4A9D" w:rsidRPr="0081222A">
        <w:rPr>
          <w:lang w:val="en-US"/>
        </w:rPr>
        <w:t xml:space="preserve">I file </w:t>
      </w:r>
      <w:proofErr w:type="spellStart"/>
      <w:r w:rsidR="00FF4A9D" w:rsidRPr="0081222A">
        <w:rPr>
          <w:lang w:val="en-US"/>
        </w:rPr>
        <w:t>digitali</w:t>
      </w:r>
      <w:proofErr w:type="spellEnd"/>
      <w:r w:rsidR="00FF4A9D" w:rsidRPr="0081222A">
        <w:rPr>
          <w:lang w:val="en-US"/>
        </w:rPr>
        <w:t xml:space="preserve"> </w:t>
      </w:r>
      <w:proofErr w:type="spellStart"/>
      <w:r w:rsidR="00FF4A9D" w:rsidRPr="0081222A">
        <w:rPr>
          <w:lang w:val="en-US"/>
        </w:rPr>
        <w:t>forniti</w:t>
      </w:r>
      <w:proofErr w:type="spellEnd"/>
      <w:r w:rsidR="00FF4A9D" w:rsidRPr="0081222A">
        <w:rPr>
          <w:lang w:val="en-US"/>
        </w:rPr>
        <w:t xml:space="preserve"> per la </w:t>
      </w:r>
      <w:proofErr w:type="spellStart"/>
      <w:r w:rsidR="00FF4A9D" w:rsidRPr="0081222A">
        <w:rPr>
          <w:lang w:val="en-US"/>
        </w:rPr>
        <w:t>stampa</w:t>
      </w:r>
      <w:proofErr w:type="spellEnd"/>
      <w:r w:rsidR="00FF4A9D" w:rsidRPr="0081222A">
        <w:rPr>
          <w:lang w:val="en-US"/>
        </w:rPr>
        <w:t xml:space="preserve">, </w:t>
      </w:r>
      <w:proofErr w:type="spellStart"/>
      <w:r w:rsidR="00FF4A9D" w:rsidRPr="0081222A">
        <w:rPr>
          <w:lang w:val="en-US"/>
        </w:rPr>
        <w:t>che</w:t>
      </w:r>
      <w:proofErr w:type="spellEnd"/>
      <w:r w:rsidR="00FF4A9D" w:rsidRPr="0081222A">
        <w:rPr>
          <w:lang w:val="en-US"/>
        </w:rPr>
        <w:t xml:space="preserve"> </w:t>
      </w:r>
      <w:proofErr w:type="spellStart"/>
      <w:r w:rsidR="00FF4A9D" w:rsidRPr="0081222A">
        <w:rPr>
          <w:lang w:val="en-US"/>
        </w:rPr>
        <w:t>sarà</w:t>
      </w:r>
      <w:proofErr w:type="spellEnd"/>
      <w:r w:rsidR="00FF4A9D" w:rsidRPr="0081222A">
        <w:rPr>
          <w:lang w:val="en-US"/>
        </w:rPr>
        <w:t xml:space="preserve"> a </w:t>
      </w:r>
      <w:proofErr w:type="spellStart"/>
      <w:r w:rsidR="00FF4A9D" w:rsidRPr="0081222A">
        <w:rPr>
          <w:lang w:val="en-US"/>
        </w:rPr>
        <w:t>cura</w:t>
      </w:r>
      <w:proofErr w:type="spellEnd"/>
      <w:r w:rsidR="00FF4A9D" w:rsidRPr="0081222A">
        <w:rPr>
          <w:lang w:val="en-US"/>
        </w:rPr>
        <w:t xml:space="preserve"> </w:t>
      </w:r>
      <w:proofErr w:type="spellStart"/>
      <w:r w:rsidR="00FF4A9D" w:rsidRPr="0081222A">
        <w:rPr>
          <w:lang w:val="en-US"/>
        </w:rPr>
        <w:t>dell’organizzazione</w:t>
      </w:r>
      <w:proofErr w:type="spellEnd"/>
      <w:r w:rsidR="00FF4A9D" w:rsidRPr="0081222A">
        <w:rPr>
          <w:lang w:val="en-US"/>
        </w:rPr>
        <w:t xml:space="preserve">, </w:t>
      </w:r>
      <w:proofErr w:type="spellStart"/>
      <w:r w:rsidR="00FF4A9D" w:rsidRPr="0081222A">
        <w:rPr>
          <w:lang w:val="en-US"/>
        </w:rPr>
        <w:t>verranno</w:t>
      </w:r>
      <w:proofErr w:type="spellEnd"/>
      <w:r w:rsidR="00FF4A9D" w:rsidRPr="0081222A">
        <w:rPr>
          <w:lang w:val="en-US"/>
        </w:rPr>
        <w:t xml:space="preserve"> </w:t>
      </w:r>
      <w:proofErr w:type="spellStart"/>
      <w:r w:rsidR="00FF4A9D" w:rsidRPr="0081222A">
        <w:rPr>
          <w:lang w:val="en-US"/>
        </w:rPr>
        <w:t>distrutti</w:t>
      </w:r>
      <w:proofErr w:type="spellEnd"/>
      <w:r w:rsidR="00FF4A9D" w:rsidRPr="0081222A">
        <w:rPr>
          <w:lang w:val="en-US"/>
        </w:rPr>
        <w:t xml:space="preserve"> a fine </w:t>
      </w:r>
      <w:proofErr w:type="spellStart"/>
      <w:r w:rsidR="00FF4A9D" w:rsidRPr="0081222A">
        <w:rPr>
          <w:lang w:val="en-US"/>
        </w:rPr>
        <w:t>esposizione</w:t>
      </w:r>
      <w:proofErr w:type="spellEnd"/>
      <w:r w:rsidR="0081222A">
        <w:rPr>
          <w:lang w:val="en-US"/>
        </w:rPr>
        <w:t xml:space="preserve"> </w:t>
      </w:r>
      <w:r w:rsidR="0081222A">
        <w:rPr>
          <w:lang w:val="en-US"/>
        </w:rPr>
        <w:br/>
      </w:r>
      <w:r w:rsidR="00FF4A9D" w:rsidRPr="0081222A">
        <w:rPr>
          <w:i/>
          <w:lang w:val="en-US"/>
        </w:rPr>
        <w:t xml:space="preserve">Data Protection &amp; Image Use (GDPR): I consent to the processing of my personal data for the purposes of the Open Call and authorize the festival to use the selected images free of charge, also pursuant to Articles 10 and 320 of the Italian Civil Code and Articles 96 and 97 of Law No. 633 of April 22, 1941, for the sole purpose of exhibition during the festival period and for related institutional promotional activities (2-3 images for press releases, website </w:t>
      </w:r>
      <w:proofErr w:type="spellStart"/>
      <w:r w:rsidR="00FF4A9D" w:rsidRPr="0081222A">
        <w:rPr>
          <w:i/>
          <w:lang w:val="en-US"/>
        </w:rPr>
        <w:t>pages,brochure</w:t>
      </w:r>
      <w:proofErr w:type="spellEnd"/>
      <w:r w:rsidR="00FF4A9D" w:rsidRPr="0081222A">
        <w:rPr>
          <w:i/>
          <w:lang w:val="en-US"/>
        </w:rPr>
        <w:t xml:space="preserve">, and Festival social media). The digital files provided for printing, which will be handled by the organization, will be destroyed at the end of the </w:t>
      </w:r>
      <w:proofErr w:type="gramStart"/>
      <w:r w:rsidR="00FF4A9D" w:rsidRPr="0081222A">
        <w:rPr>
          <w:i/>
          <w:lang w:val="en-US"/>
        </w:rPr>
        <w:t>exhibition.</w:t>
      </w:r>
      <w:r w:rsidRPr="0081222A">
        <w:rPr>
          <w:i/>
          <w:lang w:val="en-US"/>
        </w:rPr>
        <w:t>.</w:t>
      </w:r>
      <w:proofErr w:type="gramEnd"/>
    </w:p>
    <w:p w:rsidR="00FF4A9D" w:rsidRPr="0081222A" w:rsidRDefault="00FF4A9D">
      <w:pPr>
        <w:spacing w:after="240"/>
        <w:rPr>
          <w:lang w:val="en-US"/>
        </w:rPr>
      </w:pPr>
    </w:p>
    <w:p w:rsidR="006303BD" w:rsidRPr="00FF4A9D" w:rsidRDefault="00000000">
      <w:pPr>
        <w:spacing w:after="360"/>
      </w:pPr>
      <w:proofErr w:type="gramStart"/>
      <w:r w:rsidRPr="00FF4A9D">
        <w:rPr>
          <w:b/>
        </w:rPr>
        <w:t>[  ]</w:t>
      </w:r>
      <w:proofErr w:type="gramEnd"/>
      <w:r w:rsidRPr="00FF4A9D">
        <w:rPr>
          <w:b/>
        </w:rPr>
        <w:t xml:space="preserve">  ACCETTO / I ACCEPT</w:t>
      </w:r>
    </w:p>
    <w:p w:rsidR="006303BD" w:rsidRDefault="00000000">
      <w:pPr>
        <w:spacing w:after="480"/>
      </w:pPr>
      <w:r w:rsidRPr="00FF4A9D">
        <w:t>Luogo e Data / Place &amp; Date: ________________________      Firma / Signature: ________________________</w:t>
      </w:r>
    </w:p>
    <w:p w:rsidR="00FF4A9D" w:rsidRPr="00FF4A9D" w:rsidRDefault="00FF4A9D">
      <w:pPr>
        <w:spacing w:after="480"/>
      </w:pPr>
    </w:p>
    <w:p w:rsidR="00FF4A9D" w:rsidRDefault="00000000" w:rsidP="00FF4A9D">
      <w:pPr>
        <w:pBdr>
          <w:bottom w:val="single" w:sz="6" w:space="4" w:color="111111"/>
        </w:pBdr>
        <w:spacing w:before="240" w:after="80"/>
        <w:jc w:val="center"/>
        <w:rPr>
          <w:i/>
          <w:sz w:val="19"/>
        </w:rPr>
      </w:pPr>
      <w:r w:rsidRPr="00FF4A9D">
        <w:rPr>
          <w:sz w:val="19"/>
        </w:rPr>
        <w:t>Inviare questo modulo compilato, insieme alla ricevuta di pagamento e ai file (o link), all'indirizzo</w:t>
      </w:r>
      <w:r w:rsidR="00FF4A9D">
        <w:rPr>
          <w:sz w:val="19"/>
        </w:rPr>
        <w:br/>
      </w:r>
      <w:proofErr w:type="spellStart"/>
      <w:r w:rsidR="00FF4A9D" w:rsidRPr="00FF4A9D">
        <w:rPr>
          <w:rStyle w:val="rynqvb"/>
          <w:rFonts w:ascii="Google Sans" w:eastAsiaTheme="majorEastAsia" w:hAnsi="Google Sans"/>
          <w:i/>
          <w:iCs/>
          <w:sz w:val="20"/>
          <w:szCs w:val="20"/>
        </w:rPr>
        <w:t>send</w:t>
      </w:r>
      <w:proofErr w:type="spellEnd"/>
      <w:r w:rsidR="00FF4A9D" w:rsidRPr="00FF4A9D">
        <w:rPr>
          <w:rStyle w:val="rynqvb"/>
          <w:rFonts w:ascii="Google Sans" w:eastAsiaTheme="majorEastAsia" w:hAnsi="Google Sans"/>
          <w:i/>
          <w:iCs/>
          <w:sz w:val="20"/>
          <w:szCs w:val="20"/>
        </w:rPr>
        <w:t xml:space="preserve"> </w:t>
      </w:r>
      <w:proofErr w:type="spellStart"/>
      <w:r w:rsidR="00FF4A9D" w:rsidRPr="00FF4A9D">
        <w:rPr>
          <w:rStyle w:val="rynqvb"/>
          <w:rFonts w:ascii="Google Sans" w:eastAsiaTheme="majorEastAsia" w:hAnsi="Google Sans"/>
          <w:i/>
          <w:iCs/>
          <w:sz w:val="20"/>
          <w:szCs w:val="20"/>
        </w:rPr>
        <w:t>this</w:t>
      </w:r>
      <w:proofErr w:type="spellEnd"/>
      <w:r w:rsidR="00FF4A9D" w:rsidRPr="00FF4A9D">
        <w:rPr>
          <w:rStyle w:val="rynqvb"/>
          <w:rFonts w:ascii="Google Sans" w:eastAsiaTheme="majorEastAsia" w:hAnsi="Google Sans"/>
          <w:i/>
          <w:iCs/>
          <w:sz w:val="20"/>
          <w:szCs w:val="20"/>
        </w:rPr>
        <w:t xml:space="preserve"> </w:t>
      </w:r>
      <w:proofErr w:type="spellStart"/>
      <w:r w:rsidR="00FF4A9D" w:rsidRPr="00FF4A9D">
        <w:rPr>
          <w:rStyle w:val="rynqvb"/>
          <w:rFonts w:ascii="Google Sans" w:eastAsiaTheme="majorEastAsia" w:hAnsi="Google Sans"/>
          <w:i/>
          <w:iCs/>
          <w:sz w:val="20"/>
          <w:szCs w:val="20"/>
        </w:rPr>
        <w:t>completed</w:t>
      </w:r>
      <w:proofErr w:type="spellEnd"/>
      <w:r w:rsidR="00FF4A9D" w:rsidRPr="00FF4A9D">
        <w:rPr>
          <w:rStyle w:val="rynqvb"/>
          <w:rFonts w:ascii="Google Sans" w:eastAsiaTheme="majorEastAsia" w:hAnsi="Google Sans"/>
          <w:i/>
          <w:iCs/>
          <w:sz w:val="20"/>
          <w:szCs w:val="20"/>
        </w:rPr>
        <w:t xml:space="preserve"> </w:t>
      </w:r>
      <w:proofErr w:type="spellStart"/>
      <w:r w:rsidR="00FF4A9D" w:rsidRPr="00FF4A9D">
        <w:rPr>
          <w:rStyle w:val="rynqvb"/>
          <w:rFonts w:ascii="Google Sans" w:eastAsiaTheme="majorEastAsia" w:hAnsi="Google Sans"/>
          <w:i/>
          <w:iCs/>
          <w:sz w:val="20"/>
          <w:szCs w:val="20"/>
        </w:rPr>
        <w:t>form</w:t>
      </w:r>
      <w:proofErr w:type="spellEnd"/>
      <w:r w:rsidR="00FF4A9D" w:rsidRPr="00FF4A9D">
        <w:rPr>
          <w:rStyle w:val="rynqvb"/>
          <w:rFonts w:ascii="Google Sans" w:eastAsiaTheme="majorEastAsia" w:hAnsi="Google Sans"/>
          <w:i/>
          <w:iCs/>
          <w:sz w:val="20"/>
          <w:szCs w:val="20"/>
        </w:rPr>
        <w:t xml:space="preserve">, </w:t>
      </w:r>
      <w:proofErr w:type="spellStart"/>
      <w:r w:rsidR="00FF4A9D" w:rsidRPr="00FF4A9D">
        <w:rPr>
          <w:rStyle w:val="rynqvb"/>
          <w:rFonts w:ascii="Google Sans" w:eastAsiaTheme="majorEastAsia" w:hAnsi="Google Sans"/>
          <w:i/>
          <w:iCs/>
          <w:sz w:val="20"/>
          <w:szCs w:val="20"/>
        </w:rPr>
        <w:t>along</w:t>
      </w:r>
      <w:proofErr w:type="spellEnd"/>
      <w:r w:rsidR="00FF4A9D" w:rsidRPr="00FF4A9D">
        <w:rPr>
          <w:rStyle w:val="rynqvb"/>
          <w:rFonts w:ascii="Google Sans" w:eastAsiaTheme="majorEastAsia" w:hAnsi="Google Sans"/>
          <w:i/>
          <w:iCs/>
          <w:sz w:val="20"/>
          <w:szCs w:val="20"/>
        </w:rPr>
        <w:t xml:space="preserve"> with </w:t>
      </w:r>
      <w:proofErr w:type="spellStart"/>
      <w:r w:rsidR="00FF4A9D" w:rsidRPr="00FF4A9D">
        <w:rPr>
          <w:rStyle w:val="rynqvb"/>
          <w:rFonts w:ascii="Google Sans" w:eastAsiaTheme="majorEastAsia" w:hAnsi="Google Sans"/>
          <w:i/>
          <w:iCs/>
          <w:sz w:val="20"/>
          <w:szCs w:val="20"/>
        </w:rPr>
        <w:t>your</w:t>
      </w:r>
      <w:proofErr w:type="spellEnd"/>
      <w:r w:rsidR="00FF4A9D" w:rsidRPr="00FF4A9D">
        <w:rPr>
          <w:rStyle w:val="rynqvb"/>
          <w:rFonts w:ascii="Google Sans" w:eastAsiaTheme="majorEastAsia" w:hAnsi="Google Sans"/>
          <w:i/>
          <w:iCs/>
          <w:sz w:val="20"/>
          <w:szCs w:val="20"/>
        </w:rPr>
        <w:t xml:space="preserve"> payment </w:t>
      </w:r>
      <w:proofErr w:type="spellStart"/>
      <w:r w:rsidR="00FF4A9D" w:rsidRPr="00FF4A9D">
        <w:rPr>
          <w:rStyle w:val="rynqvb"/>
          <w:rFonts w:ascii="Google Sans" w:eastAsiaTheme="majorEastAsia" w:hAnsi="Google Sans"/>
          <w:i/>
          <w:iCs/>
          <w:sz w:val="20"/>
          <w:szCs w:val="20"/>
        </w:rPr>
        <w:t>receipt</w:t>
      </w:r>
      <w:proofErr w:type="spellEnd"/>
      <w:r w:rsidR="00FF4A9D" w:rsidRPr="00FF4A9D">
        <w:rPr>
          <w:rStyle w:val="rynqvb"/>
          <w:rFonts w:ascii="Google Sans" w:eastAsiaTheme="majorEastAsia" w:hAnsi="Google Sans"/>
          <w:i/>
          <w:iCs/>
          <w:sz w:val="20"/>
          <w:szCs w:val="20"/>
        </w:rPr>
        <w:t xml:space="preserve"> and files (or links</w:t>
      </w:r>
      <w:r w:rsidR="00FF4A9D" w:rsidRPr="00FF4A9D">
        <w:rPr>
          <w:rStyle w:val="rynqvb"/>
          <w:rFonts w:ascii="Google Sans" w:eastAsiaTheme="majorEastAsia" w:hAnsi="Google Sans"/>
          <w:sz w:val="20"/>
          <w:szCs w:val="20"/>
        </w:rPr>
        <w:t>)</w:t>
      </w:r>
      <w:r w:rsidRPr="00FF4A9D">
        <w:rPr>
          <w:sz w:val="19"/>
        </w:rPr>
        <w:t>:</w:t>
      </w:r>
      <w:r w:rsidRPr="00FF4A9D">
        <w:rPr>
          <w:sz w:val="19"/>
        </w:rPr>
        <w:br/>
      </w:r>
      <w:r w:rsidRPr="00FF4A9D">
        <w:rPr>
          <w:b/>
          <w:sz w:val="21"/>
        </w:rPr>
        <w:t>info@doebbingfotofestival.it</w:t>
      </w:r>
      <w:r w:rsidRPr="00FF4A9D">
        <w:rPr>
          <w:sz w:val="19"/>
        </w:rPr>
        <w:br/>
        <w:t>entro e non oltre il 20 ottobre 2026 alle ore 23:59.</w:t>
      </w:r>
      <w:r w:rsidRPr="00FF4A9D">
        <w:rPr>
          <w:sz w:val="19"/>
        </w:rPr>
        <w:br/>
      </w:r>
      <w:r>
        <w:rPr>
          <w:i/>
          <w:sz w:val="19"/>
        </w:rPr>
        <w:t>Inf</w:t>
      </w:r>
      <w:r w:rsidR="00FF4A9D">
        <w:rPr>
          <w:i/>
          <w:sz w:val="19"/>
        </w:rPr>
        <w:t>o</w:t>
      </w:r>
      <w:r>
        <w:rPr>
          <w:i/>
          <w:sz w:val="19"/>
        </w:rPr>
        <w:t xml:space="preserve"> e regolamento su: </w:t>
      </w:r>
      <w:hyperlink r:id="rId6" w:history="1">
        <w:r w:rsidR="00FF4A9D" w:rsidRPr="00F03C49">
          <w:rPr>
            <w:rStyle w:val="Collegamentoipertestuale"/>
            <w:i/>
            <w:sz w:val="19"/>
          </w:rPr>
          <w:t>https://museopalazzodoebbing.it</w:t>
        </w:r>
      </w:hyperlink>
    </w:p>
    <w:p w:rsidR="00FF4A9D" w:rsidRPr="00FF4A9D" w:rsidRDefault="00FF4A9D" w:rsidP="00FF4A9D">
      <w:pPr>
        <w:pBdr>
          <w:bottom w:val="single" w:sz="6" w:space="4" w:color="111111"/>
        </w:pBdr>
        <w:spacing w:before="240" w:after="80"/>
        <w:jc w:val="center"/>
        <w:rPr>
          <w:sz w:val="19"/>
        </w:rPr>
      </w:pPr>
    </w:p>
    <w:sectPr w:rsidR="00FF4A9D" w:rsidRPr="00FF4A9D"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 w:name="Google Sans">
    <w:altName w:val="Cambria"/>
    <w:panose1 w:val="020B0604020202020204"/>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Numeroelenco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Numeroelenco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Puntoelenco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Puntoelenco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Numeroelenco"/>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Puntoelenco"/>
      <w:lvlText w:val=""/>
      <w:lvlJc w:val="left"/>
      <w:pPr>
        <w:tabs>
          <w:tab w:val="num" w:pos="360"/>
        </w:tabs>
        <w:ind w:left="360" w:hanging="360"/>
      </w:pPr>
      <w:rPr>
        <w:rFonts w:ascii="Symbol" w:hAnsi="Symbol" w:hint="default"/>
      </w:rPr>
    </w:lvl>
  </w:abstractNum>
  <w:num w:numId="1" w16cid:durableId="381683040">
    <w:abstractNumId w:val="8"/>
  </w:num>
  <w:num w:numId="2" w16cid:durableId="2129275859">
    <w:abstractNumId w:val="6"/>
  </w:num>
  <w:num w:numId="3" w16cid:durableId="1316951121">
    <w:abstractNumId w:val="5"/>
  </w:num>
  <w:num w:numId="4" w16cid:durableId="917978619">
    <w:abstractNumId w:val="4"/>
  </w:num>
  <w:num w:numId="5" w16cid:durableId="1232043617">
    <w:abstractNumId w:val="7"/>
  </w:num>
  <w:num w:numId="6" w16cid:durableId="847449056">
    <w:abstractNumId w:val="3"/>
  </w:num>
  <w:num w:numId="7" w16cid:durableId="1402866441">
    <w:abstractNumId w:val="2"/>
  </w:num>
  <w:num w:numId="8" w16cid:durableId="772893926">
    <w:abstractNumId w:val="1"/>
  </w:num>
  <w:num w:numId="9" w16cid:durableId="11454400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42"/>
  <w:proofState w:spelling="clean" w:grammar="clean"/>
  <w:defaultTabStop w:val="720"/>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6303BD"/>
    <w:rsid w:val="0081222A"/>
    <w:rsid w:val="00AA1D8D"/>
    <w:rsid w:val="00B47730"/>
    <w:rsid w:val="00CB0664"/>
    <w:rsid w:val="00FC693F"/>
    <w:rsid w:val="00FF4A9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31992DC"/>
  <w14:defaultImageDpi w14:val="300"/>
  <w15:docId w15:val="{49D33906-7567-1E46-950E-FD2143BABF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FF4A9D"/>
    <w:pPr>
      <w:spacing w:after="0" w:line="240" w:lineRule="auto"/>
    </w:pPr>
    <w:rPr>
      <w:rFonts w:ascii="Times New Roman" w:eastAsia="Times New Roman" w:hAnsi="Times New Roman" w:cs="Times New Roman"/>
      <w:sz w:val="24"/>
      <w:szCs w:val="24"/>
      <w:lang w:val="it-IT" w:eastAsia="zh-CN"/>
    </w:rPr>
  </w:style>
  <w:style w:type="paragraph" w:styleId="Titolo1">
    <w:name w:val="heading 1"/>
    <w:basedOn w:val="Normale"/>
    <w:next w:val="Normale"/>
    <w:link w:val="Titolo1Carattere"/>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itolo2">
    <w:name w:val="heading 2"/>
    <w:basedOn w:val="Normale"/>
    <w:next w:val="Normale"/>
    <w:link w:val="Titolo2Carattere"/>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Titolo3">
    <w:name w:val="heading 3"/>
    <w:basedOn w:val="Normale"/>
    <w:next w:val="Normale"/>
    <w:link w:val="Titolo3Carattere"/>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Titolo4">
    <w:name w:val="heading 4"/>
    <w:basedOn w:val="Normale"/>
    <w:next w:val="Normale"/>
    <w:link w:val="Titolo4Carattere"/>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Titolo5">
    <w:name w:val="heading 5"/>
    <w:basedOn w:val="Normale"/>
    <w:next w:val="Normale"/>
    <w:link w:val="Titolo5Carattere"/>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Titolo6">
    <w:name w:val="heading 6"/>
    <w:basedOn w:val="Normale"/>
    <w:next w:val="Normale"/>
    <w:link w:val="Titolo6Carattere"/>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Titolo7">
    <w:name w:val="heading 7"/>
    <w:basedOn w:val="Normale"/>
    <w:next w:val="Normale"/>
    <w:link w:val="Titolo7Carattere"/>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Titolo8">
    <w:name w:val="heading 8"/>
    <w:basedOn w:val="Normale"/>
    <w:next w:val="Normale"/>
    <w:link w:val="Titolo8Carattere"/>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Titolo9">
    <w:name w:val="heading 9"/>
    <w:basedOn w:val="Normale"/>
    <w:next w:val="Normale"/>
    <w:link w:val="Titolo9Carattere"/>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E618BF"/>
    <w:pPr>
      <w:tabs>
        <w:tab w:val="center" w:pos="4680"/>
        <w:tab w:val="right" w:pos="9360"/>
      </w:tabs>
    </w:pPr>
  </w:style>
  <w:style w:type="character" w:customStyle="1" w:styleId="IntestazioneCarattere">
    <w:name w:val="Intestazione Carattere"/>
    <w:basedOn w:val="Carpredefinitoparagrafo"/>
    <w:link w:val="Intestazione"/>
    <w:uiPriority w:val="99"/>
    <w:rsid w:val="00E618BF"/>
  </w:style>
  <w:style w:type="paragraph" w:styleId="Pidipagina">
    <w:name w:val="footer"/>
    <w:basedOn w:val="Normale"/>
    <w:link w:val="PidipaginaCarattere"/>
    <w:uiPriority w:val="99"/>
    <w:unhideWhenUsed/>
    <w:rsid w:val="00E618BF"/>
    <w:pPr>
      <w:tabs>
        <w:tab w:val="center" w:pos="4680"/>
        <w:tab w:val="right" w:pos="9360"/>
      </w:tabs>
    </w:pPr>
  </w:style>
  <w:style w:type="character" w:customStyle="1" w:styleId="PidipaginaCarattere">
    <w:name w:val="Piè di pagina Carattere"/>
    <w:basedOn w:val="Carpredefinitoparagrafo"/>
    <w:link w:val="Pidipagina"/>
    <w:uiPriority w:val="99"/>
    <w:rsid w:val="00E618BF"/>
  </w:style>
  <w:style w:type="paragraph" w:styleId="Nessunaspaziatura">
    <w:name w:val="No Spacing"/>
    <w:uiPriority w:val="1"/>
    <w:qFormat/>
    <w:rsid w:val="00FC693F"/>
    <w:pPr>
      <w:spacing w:after="0" w:line="240" w:lineRule="auto"/>
    </w:pPr>
  </w:style>
  <w:style w:type="character" w:customStyle="1" w:styleId="Titolo1Carattere">
    <w:name w:val="Titolo 1 Carattere"/>
    <w:basedOn w:val="Carpredefinitoparagrafo"/>
    <w:link w:val="Tito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olo2Carattere">
    <w:name w:val="Titolo 2 Carattere"/>
    <w:basedOn w:val="Carpredefinitoparagrafo"/>
    <w:link w:val="Titolo2"/>
    <w:uiPriority w:val="9"/>
    <w:rsid w:val="00FC693F"/>
    <w:rPr>
      <w:rFonts w:asciiTheme="majorHAnsi" w:eastAsiaTheme="majorEastAsia" w:hAnsiTheme="majorHAnsi" w:cstheme="majorBidi"/>
      <w:b/>
      <w:bCs/>
      <w:color w:val="4F81BD" w:themeColor="accent1"/>
      <w:sz w:val="26"/>
      <w:szCs w:val="26"/>
    </w:rPr>
  </w:style>
  <w:style w:type="character" w:customStyle="1" w:styleId="Titolo3Carattere">
    <w:name w:val="Titolo 3 Carattere"/>
    <w:basedOn w:val="Carpredefinitoparagrafo"/>
    <w:link w:val="Titolo3"/>
    <w:uiPriority w:val="9"/>
    <w:rsid w:val="00FC693F"/>
    <w:rPr>
      <w:rFonts w:asciiTheme="majorHAnsi" w:eastAsiaTheme="majorEastAsia" w:hAnsiTheme="majorHAnsi" w:cstheme="majorBidi"/>
      <w:b/>
      <w:bCs/>
      <w:color w:val="4F81BD" w:themeColor="accent1"/>
    </w:rPr>
  </w:style>
  <w:style w:type="paragraph" w:styleId="Titolo">
    <w:name w:val="Title"/>
    <w:basedOn w:val="Normale"/>
    <w:next w:val="Normale"/>
    <w:link w:val="TitoloCarattere"/>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oloCarattere">
    <w:name w:val="Titolo Carattere"/>
    <w:basedOn w:val="Carpredefinitoparagrafo"/>
    <w:link w:val="Tito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ottotitolo">
    <w:name w:val="Subtitle"/>
    <w:basedOn w:val="Normale"/>
    <w:next w:val="Normale"/>
    <w:link w:val="SottotitoloCarattere"/>
    <w:uiPriority w:val="11"/>
    <w:qFormat/>
    <w:rsid w:val="00FC693F"/>
    <w:pPr>
      <w:numPr>
        <w:ilvl w:val="1"/>
      </w:numPr>
    </w:pPr>
    <w:rPr>
      <w:rFonts w:asciiTheme="majorHAnsi" w:eastAsiaTheme="majorEastAsia" w:hAnsiTheme="majorHAnsi" w:cstheme="majorBidi"/>
      <w:i/>
      <w:iCs/>
      <w:color w:val="4F81BD" w:themeColor="accent1"/>
      <w:spacing w:val="15"/>
    </w:rPr>
  </w:style>
  <w:style w:type="character" w:customStyle="1" w:styleId="SottotitoloCarattere">
    <w:name w:val="Sottotitolo Carattere"/>
    <w:basedOn w:val="Carpredefinitoparagrafo"/>
    <w:link w:val="Sottotitolo"/>
    <w:uiPriority w:val="11"/>
    <w:rsid w:val="00FC693F"/>
    <w:rPr>
      <w:rFonts w:asciiTheme="majorHAnsi" w:eastAsiaTheme="majorEastAsia" w:hAnsiTheme="majorHAnsi" w:cstheme="majorBidi"/>
      <w:i/>
      <w:iCs/>
      <w:color w:val="4F81BD" w:themeColor="accent1"/>
      <w:spacing w:val="15"/>
      <w:sz w:val="24"/>
      <w:szCs w:val="24"/>
    </w:rPr>
  </w:style>
  <w:style w:type="paragraph" w:styleId="Paragrafoelenco">
    <w:name w:val="List Paragraph"/>
    <w:basedOn w:val="Normale"/>
    <w:uiPriority w:val="34"/>
    <w:qFormat/>
    <w:rsid w:val="00FC693F"/>
    <w:pPr>
      <w:ind w:left="720"/>
      <w:contextualSpacing/>
    </w:pPr>
  </w:style>
  <w:style w:type="paragraph" w:styleId="Corpotesto">
    <w:name w:val="Body Text"/>
    <w:basedOn w:val="Normale"/>
    <w:link w:val="CorpotestoCarattere"/>
    <w:uiPriority w:val="99"/>
    <w:unhideWhenUsed/>
    <w:rsid w:val="00AA1D8D"/>
    <w:pPr>
      <w:spacing w:after="120"/>
    </w:pPr>
  </w:style>
  <w:style w:type="character" w:customStyle="1" w:styleId="CorpotestoCarattere">
    <w:name w:val="Corpo testo Carattere"/>
    <w:basedOn w:val="Carpredefinitoparagrafo"/>
    <w:link w:val="Corpotesto"/>
    <w:uiPriority w:val="99"/>
    <w:rsid w:val="00AA1D8D"/>
  </w:style>
  <w:style w:type="paragraph" w:styleId="Corpodeltesto2">
    <w:name w:val="Body Text 2"/>
    <w:basedOn w:val="Normale"/>
    <w:link w:val="Corpodeltesto2Carattere"/>
    <w:uiPriority w:val="99"/>
    <w:unhideWhenUsed/>
    <w:rsid w:val="00AA1D8D"/>
    <w:pPr>
      <w:spacing w:after="120" w:line="480" w:lineRule="auto"/>
    </w:pPr>
  </w:style>
  <w:style w:type="character" w:customStyle="1" w:styleId="Corpodeltesto2Carattere">
    <w:name w:val="Corpo del testo 2 Carattere"/>
    <w:basedOn w:val="Carpredefinitoparagrafo"/>
    <w:link w:val="Corpodeltesto2"/>
    <w:uiPriority w:val="99"/>
    <w:rsid w:val="00AA1D8D"/>
  </w:style>
  <w:style w:type="paragraph" w:styleId="Corpodeltesto3">
    <w:name w:val="Body Text 3"/>
    <w:basedOn w:val="Normale"/>
    <w:link w:val="Corpodeltesto3Carattere"/>
    <w:uiPriority w:val="99"/>
    <w:unhideWhenUsed/>
    <w:rsid w:val="00AA1D8D"/>
    <w:pPr>
      <w:spacing w:after="120"/>
    </w:pPr>
    <w:rPr>
      <w:sz w:val="16"/>
      <w:szCs w:val="16"/>
    </w:rPr>
  </w:style>
  <w:style w:type="character" w:customStyle="1" w:styleId="Corpodeltesto3Carattere">
    <w:name w:val="Corpo del testo 3 Carattere"/>
    <w:basedOn w:val="Carpredefinitoparagrafo"/>
    <w:link w:val="Corpodeltesto3"/>
    <w:uiPriority w:val="99"/>
    <w:rsid w:val="00AA1D8D"/>
    <w:rPr>
      <w:sz w:val="16"/>
      <w:szCs w:val="16"/>
    </w:rPr>
  </w:style>
  <w:style w:type="paragraph" w:styleId="Elenco">
    <w:name w:val="List"/>
    <w:basedOn w:val="Normale"/>
    <w:uiPriority w:val="99"/>
    <w:unhideWhenUsed/>
    <w:rsid w:val="00AA1D8D"/>
    <w:pPr>
      <w:ind w:left="360" w:hanging="360"/>
      <w:contextualSpacing/>
    </w:pPr>
  </w:style>
  <w:style w:type="paragraph" w:styleId="Elenco2">
    <w:name w:val="List 2"/>
    <w:basedOn w:val="Normale"/>
    <w:uiPriority w:val="99"/>
    <w:unhideWhenUsed/>
    <w:rsid w:val="00326F90"/>
    <w:pPr>
      <w:ind w:left="720" w:hanging="360"/>
      <w:contextualSpacing/>
    </w:pPr>
  </w:style>
  <w:style w:type="paragraph" w:styleId="Elenco3">
    <w:name w:val="List 3"/>
    <w:basedOn w:val="Normale"/>
    <w:uiPriority w:val="99"/>
    <w:unhideWhenUsed/>
    <w:rsid w:val="00326F90"/>
    <w:pPr>
      <w:ind w:left="1080" w:hanging="360"/>
      <w:contextualSpacing/>
    </w:pPr>
  </w:style>
  <w:style w:type="paragraph" w:styleId="Puntoelenco">
    <w:name w:val="List Bullet"/>
    <w:basedOn w:val="Normale"/>
    <w:uiPriority w:val="99"/>
    <w:unhideWhenUsed/>
    <w:rsid w:val="00326F90"/>
    <w:pPr>
      <w:numPr>
        <w:numId w:val="1"/>
      </w:numPr>
      <w:contextualSpacing/>
    </w:pPr>
  </w:style>
  <w:style w:type="paragraph" w:styleId="Puntoelenco2">
    <w:name w:val="List Bullet 2"/>
    <w:basedOn w:val="Normale"/>
    <w:uiPriority w:val="99"/>
    <w:unhideWhenUsed/>
    <w:rsid w:val="00326F90"/>
    <w:pPr>
      <w:numPr>
        <w:numId w:val="2"/>
      </w:numPr>
      <w:contextualSpacing/>
    </w:pPr>
  </w:style>
  <w:style w:type="paragraph" w:styleId="Puntoelenco3">
    <w:name w:val="List Bullet 3"/>
    <w:basedOn w:val="Normale"/>
    <w:uiPriority w:val="99"/>
    <w:unhideWhenUsed/>
    <w:rsid w:val="00326F90"/>
    <w:pPr>
      <w:numPr>
        <w:numId w:val="3"/>
      </w:numPr>
      <w:contextualSpacing/>
    </w:pPr>
  </w:style>
  <w:style w:type="paragraph" w:styleId="Numeroelenco">
    <w:name w:val="List Number"/>
    <w:basedOn w:val="Normale"/>
    <w:uiPriority w:val="99"/>
    <w:unhideWhenUsed/>
    <w:rsid w:val="00326F90"/>
    <w:pPr>
      <w:numPr>
        <w:numId w:val="5"/>
      </w:numPr>
      <w:contextualSpacing/>
    </w:pPr>
  </w:style>
  <w:style w:type="paragraph" w:styleId="Numeroelenco2">
    <w:name w:val="List Number 2"/>
    <w:basedOn w:val="Normale"/>
    <w:uiPriority w:val="99"/>
    <w:unhideWhenUsed/>
    <w:rsid w:val="0029639D"/>
    <w:pPr>
      <w:numPr>
        <w:numId w:val="6"/>
      </w:numPr>
      <w:contextualSpacing/>
    </w:pPr>
  </w:style>
  <w:style w:type="paragraph" w:styleId="Numeroelenco3">
    <w:name w:val="List Number 3"/>
    <w:basedOn w:val="Normale"/>
    <w:uiPriority w:val="99"/>
    <w:unhideWhenUsed/>
    <w:rsid w:val="0029639D"/>
    <w:pPr>
      <w:numPr>
        <w:numId w:val="7"/>
      </w:numPr>
      <w:contextualSpacing/>
    </w:pPr>
  </w:style>
  <w:style w:type="paragraph" w:styleId="Elencocontinua">
    <w:name w:val="List Continue"/>
    <w:basedOn w:val="Normale"/>
    <w:uiPriority w:val="99"/>
    <w:unhideWhenUsed/>
    <w:rsid w:val="0029639D"/>
    <w:pPr>
      <w:spacing w:after="120"/>
      <w:ind w:left="360"/>
      <w:contextualSpacing/>
    </w:pPr>
  </w:style>
  <w:style w:type="paragraph" w:styleId="Elencocontinua2">
    <w:name w:val="List Continue 2"/>
    <w:basedOn w:val="Normale"/>
    <w:uiPriority w:val="99"/>
    <w:unhideWhenUsed/>
    <w:rsid w:val="0029639D"/>
    <w:pPr>
      <w:spacing w:after="120"/>
      <w:ind w:left="720"/>
      <w:contextualSpacing/>
    </w:pPr>
  </w:style>
  <w:style w:type="paragraph" w:styleId="Elencocontinua3">
    <w:name w:val="List Continue 3"/>
    <w:basedOn w:val="Normale"/>
    <w:uiPriority w:val="99"/>
    <w:unhideWhenUsed/>
    <w:rsid w:val="0029639D"/>
    <w:pPr>
      <w:spacing w:after="120"/>
      <w:ind w:left="1080"/>
      <w:contextualSpacing/>
    </w:pPr>
  </w:style>
  <w:style w:type="paragraph" w:styleId="Testomacro">
    <w:name w:val="macro"/>
    <w:link w:val="TestomacroCarattere"/>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stomacroCarattere">
    <w:name w:val="Testo macro Carattere"/>
    <w:basedOn w:val="Carpredefinitoparagrafo"/>
    <w:link w:val="Testomacro"/>
    <w:uiPriority w:val="99"/>
    <w:rsid w:val="0029639D"/>
    <w:rPr>
      <w:rFonts w:ascii="Courier" w:hAnsi="Courier"/>
      <w:sz w:val="20"/>
      <w:szCs w:val="20"/>
    </w:rPr>
  </w:style>
  <w:style w:type="paragraph" w:styleId="Citazione">
    <w:name w:val="Quote"/>
    <w:basedOn w:val="Normale"/>
    <w:next w:val="Normale"/>
    <w:link w:val="CitazioneCarattere"/>
    <w:uiPriority w:val="29"/>
    <w:qFormat/>
    <w:rsid w:val="00FC693F"/>
    <w:rPr>
      <w:i/>
      <w:iCs/>
      <w:color w:val="000000" w:themeColor="text1"/>
    </w:rPr>
  </w:style>
  <w:style w:type="character" w:customStyle="1" w:styleId="CitazioneCarattere">
    <w:name w:val="Citazione Carattere"/>
    <w:basedOn w:val="Carpredefinitoparagrafo"/>
    <w:link w:val="Citazione"/>
    <w:uiPriority w:val="29"/>
    <w:rsid w:val="00FC693F"/>
    <w:rPr>
      <w:i/>
      <w:iCs/>
      <w:color w:val="000000" w:themeColor="text1"/>
    </w:rPr>
  </w:style>
  <w:style w:type="character" w:customStyle="1" w:styleId="Titolo4Carattere">
    <w:name w:val="Titolo 4 Carattere"/>
    <w:basedOn w:val="Carpredefinitoparagrafo"/>
    <w:link w:val="Titolo4"/>
    <w:uiPriority w:val="9"/>
    <w:semiHidden/>
    <w:rsid w:val="00FC693F"/>
    <w:rPr>
      <w:rFonts w:asciiTheme="majorHAnsi" w:eastAsiaTheme="majorEastAsia" w:hAnsiTheme="majorHAnsi" w:cstheme="majorBidi"/>
      <w:b/>
      <w:bCs/>
      <w:i/>
      <w:iCs/>
      <w:color w:val="4F81BD" w:themeColor="accent1"/>
    </w:rPr>
  </w:style>
  <w:style w:type="character" w:customStyle="1" w:styleId="Titolo5Carattere">
    <w:name w:val="Titolo 5 Carattere"/>
    <w:basedOn w:val="Carpredefinitoparagrafo"/>
    <w:link w:val="Titolo5"/>
    <w:uiPriority w:val="9"/>
    <w:semiHidden/>
    <w:rsid w:val="00FC693F"/>
    <w:rPr>
      <w:rFonts w:asciiTheme="majorHAnsi" w:eastAsiaTheme="majorEastAsia" w:hAnsiTheme="majorHAnsi" w:cstheme="majorBidi"/>
      <w:color w:val="243F60" w:themeColor="accent1" w:themeShade="7F"/>
    </w:rPr>
  </w:style>
  <w:style w:type="character" w:customStyle="1" w:styleId="Titolo6Carattere">
    <w:name w:val="Titolo 6 Carattere"/>
    <w:basedOn w:val="Carpredefinitoparagrafo"/>
    <w:link w:val="Titolo6"/>
    <w:uiPriority w:val="9"/>
    <w:semiHidden/>
    <w:rsid w:val="00FC693F"/>
    <w:rPr>
      <w:rFonts w:asciiTheme="majorHAnsi" w:eastAsiaTheme="majorEastAsia" w:hAnsiTheme="majorHAnsi" w:cstheme="majorBidi"/>
      <w:i/>
      <w:iCs/>
      <w:color w:val="243F60" w:themeColor="accent1" w:themeShade="7F"/>
    </w:rPr>
  </w:style>
  <w:style w:type="character" w:customStyle="1" w:styleId="Titolo7Carattere">
    <w:name w:val="Titolo 7 Carattere"/>
    <w:basedOn w:val="Carpredefinitoparagrafo"/>
    <w:link w:val="Titolo7"/>
    <w:uiPriority w:val="9"/>
    <w:semiHidden/>
    <w:rsid w:val="00FC693F"/>
    <w:rPr>
      <w:rFonts w:asciiTheme="majorHAnsi" w:eastAsiaTheme="majorEastAsia" w:hAnsiTheme="majorHAnsi" w:cstheme="majorBidi"/>
      <w:i/>
      <w:iCs/>
      <w:color w:val="404040" w:themeColor="text1" w:themeTint="BF"/>
    </w:rPr>
  </w:style>
  <w:style w:type="character" w:customStyle="1" w:styleId="Titolo8Carattere">
    <w:name w:val="Titolo 8 Carattere"/>
    <w:basedOn w:val="Carpredefinitoparagrafo"/>
    <w:link w:val="Titolo8"/>
    <w:uiPriority w:val="9"/>
    <w:semiHidden/>
    <w:rsid w:val="00FC693F"/>
    <w:rPr>
      <w:rFonts w:asciiTheme="majorHAnsi" w:eastAsiaTheme="majorEastAsia" w:hAnsiTheme="majorHAnsi" w:cstheme="majorBidi"/>
      <w:color w:val="4F81BD" w:themeColor="accent1"/>
      <w:sz w:val="20"/>
      <w:szCs w:val="20"/>
    </w:rPr>
  </w:style>
  <w:style w:type="character" w:customStyle="1" w:styleId="Titolo9Carattere">
    <w:name w:val="Titolo 9 Carattere"/>
    <w:basedOn w:val="Carpredefinitoparagrafo"/>
    <w:link w:val="Titolo9"/>
    <w:uiPriority w:val="9"/>
    <w:semiHidden/>
    <w:rsid w:val="00FC693F"/>
    <w:rPr>
      <w:rFonts w:asciiTheme="majorHAnsi" w:eastAsiaTheme="majorEastAsia" w:hAnsiTheme="majorHAnsi" w:cstheme="majorBidi"/>
      <w:i/>
      <w:iCs/>
      <w:color w:val="404040" w:themeColor="text1" w:themeTint="BF"/>
      <w:sz w:val="20"/>
      <w:szCs w:val="20"/>
    </w:rPr>
  </w:style>
  <w:style w:type="paragraph" w:styleId="Didascalia">
    <w:name w:val="caption"/>
    <w:basedOn w:val="Normale"/>
    <w:next w:val="Normale"/>
    <w:uiPriority w:val="35"/>
    <w:semiHidden/>
    <w:unhideWhenUsed/>
    <w:qFormat/>
    <w:rsid w:val="00FC693F"/>
    <w:rPr>
      <w:b/>
      <w:bCs/>
      <w:color w:val="4F81BD" w:themeColor="accent1"/>
      <w:sz w:val="18"/>
      <w:szCs w:val="18"/>
    </w:rPr>
  </w:style>
  <w:style w:type="character" w:styleId="Enfasigrassetto">
    <w:name w:val="Strong"/>
    <w:basedOn w:val="Carpredefinitoparagrafo"/>
    <w:uiPriority w:val="22"/>
    <w:qFormat/>
    <w:rsid w:val="00FC693F"/>
    <w:rPr>
      <w:b/>
      <w:bCs/>
    </w:rPr>
  </w:style>
  <w:style w:type="character" w:styleId="Enfasicorsivo">
    <w:name w:val="Emphasis"/>
    <w:basedOn w:val="Carpredefinitoparagrafo"/>
    <w:uiPriority w:val="20"/>
    <w:qFormat/>
    <w:rsid w:val="00FC693F"/>
    <w:rPr>
      <w:i/>
      <w:iCs/>
    </w:rPr>
  </w:style>
  <w:style w:type="paragraph" w:styleId="Citazioneintensa">
    <w:name w:val="Intense Quote"/>
    <w:basedOn w:val="Normale"/>
    <w:next w:val="Normale"/>
    <w:link w:val="CitazioneintensaCarattere"/>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zioneintensaCarattere">
    <w:name w:val="Citazione intensa Carattere"/>
    <w:basedOn w:val="Carpredefinitoparagrafo"/>
    <w:link w:val="Citazioneintensa"/>
    <w:uiPriority w:val="30"/>
    <w:rsid w:val="00FC693F"/>
    <w:rPr>
      <w:b/>
      <w:bCs/>
      <w:i/>
      <w:iCs/>
      <w:color w:val="4F81BD" w:themeColor="accent1"/>
    </w:rPr>
  </w:style>
  <w:style w:type="character" w:styleId="Enfasidelicata">
    <w:name w:val="Subtle Emphasis"/>
    <w:basedOn w:val="Carpredefinitoparagrafo"/>
    <w:uiPriority w:val="19"/>
    <w:qFormat/>
    <w:rsid w:val="00FC693F"/>
    <w:rPr>
      <w:i/>
      <w:iCs/>
      <w:color w:val="808080" w:themeColor="text1" w:themeTint="7F"/>
    </w:rPr>
  </w:style>
  <w:style w:type="character" w:styleId="Enfasiintensa">
    <w:name w:val="Intense Emphasis"/>
    <w:basedOn w:val="Carpredefinitoparagrafo"/>
    <w:uiPriority w:val="21"/>
    <w:qFormat/>
    <w:rsid w:val="00FC693F"/>
    <w:rPr>
      <w:b/>
      <w:bCs/>
      <w:i/>
      <w:iCs/>
      <w:color w:val="4F81BD" w:themeColor="accent1"/>
    </w:rPr>
  </w:style>
  <w:style w:type="character" w:styleId="Riferimentodelicato">
    <w:name w:val="Subtle Reference"/>
    <w:basedOn w:val="Carpredefinitoparagrafo"/>
    <w:uiPriority w:val="31"/>
    <w:qFormat/>
    <w:rsid w:val="00FC693F"/>
    <w:rPr>
      <w:smallCaps/>
      <w:color w:val="C0504D" w:themeColor="accent2"/>
      <w:u w:val="single"/>
    </w:rPr>
  </w:style>
  <w:style w:type="character" w:styleId="Riferimentointenso">
    <w:name w:val="Intense Reference"/>
    <w:basedOn w:val="Carpredefinitoparagrafo"/>
    <w:uiPriority w:val="32"/>
    <w:qFormat/>
    <w:rsid w:val="00FC693F"/>
    <w:rPr>
      <w:b/>
      <w:bCs/>
      <w:smallCaps/>
      <w:color w:val="C0504D" w:themeColor="accent2"/>
      <w:spacing w:val="5"/>
      <w:u w:val="single"/>
    </w:rPr>
  </w:style>
  <w:style w:type="character" w:styleId="Titolodellibro">
    <w:name w:val="Book Title"/>
    <w:basedOn w:val="Carpredefinitoparagrafo"/>
    <w:uiPriority w:val="33"/>
    <w:qFormat/>
    <w:rsid w:val="00FC693F"/>
    <w:rPr>
      <w:b/>
      <w:bCs/>
      <w:smallCaps/>
      <w:spacing w:val="5"/>
    </w:rPr>
  </w:style>
  <w:style w:type="paragraph" w:styleId="Titolosommario">
    <w:name w:val="TOC Heading"/>
    <w:basedOn w:val="Titolo1"/>
    <w:next w:val="Normale"/>
    <w:uiPriority w:val="39"/>
    <w:semiHidden/>
    <w:unhideWhenUsed/>
    <w:qFormat/>
    <w:rsid w:val="00FC693F"/>
    <w:pPr>
      <w:outlineLvl w:val="9"/>
    </w:pPr>
  </w:style>
  <w:style w:type="table" w:styleId="Grigliatabella">
    <w:name w:val="Table Grid"/>
    <w:basedOn w:val="Tabellanormale"/>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fondochiaro">
    <w:name w:val="Light Shading"/>
    <w:basedOn w:val="Tabellanormale"/>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fondochiaro-Colore1">
    <w:name w:val="Light Shading Accent 1"/>
    <w:basedOn w:val="Tabellanormale"/>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fondochiaro-Colore2">
    <w:name w:val="Light Shading Accent 2"/>
    <w:basedOn w:val="Tabellanormale"/>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fondochiaro-Colore3">
    <w:name w:val="Light Shading Accent 3"/>
    <w:basedOn w:val="Tabellanormale"/>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fondochiaro-Colore4">
    <w:name w:val="Light Shading Accent 4"/>
    <w:basedOn w:val="Tabellanormale"/>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fondochiaro-Colore5">
    <w:name w:val="Light Shading Accent 5"/>
    <w:basedOn w:val="Tabellanormale"/>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fondochiaro-Colore6">
    <w:name w:val="Light Shading Accent 6"/>
    <w:basedOn w:val="Tabellanormale"/>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Elencochiaro">
    <w:name w:val="Light List"/>
    <w:basedOn w:val="Tabellanormale"/>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Elencochiaro-Colore1">
    <w:name w:val="Light List Accent 1"/>
    <w:basedOn w:val="Tabellanormale"/>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Elencochiaro-Colore2">
    <w:name w:val="Light List Accent 2"/>
    <w:basedOn w:val="Tabellanormale"/>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Elencochiaro-Colore3">
    <w:name w:val="Light List Accent 3"/>
    <w:basedOn w:val="Tabellanormale"/>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Elencochiaro-Colore4">
    <w:name w:val="Light List Accent 4"/>
    <w:basedOn w:val="Tabellanormale"/>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Elencochiaro-Colore5">
    <w:name w:val="Light List Accent 5"/>
    <w:basedOn w:val="Tabellanormale"/>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Elencochiaro-Colore6">
    <w:name w:val="Light List Accent 6"/>
    <w:basedOn w:val="Tabellanormale"/>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gliachiara">
    <w:name w:val="Light Grid"/>
    <w:basedOn w:val="Tabellanormale"/>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gliachiara-Colore1">
    <w:name w:val="Light Grid Accent 1"/>
    <w:basedOn w:val="Tabellanormale"/>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gliachiara-Colore2">
    <w:name w:val="Light Grid Accent 2"/>
    <w:basedOn w:val="Tabellanormale"/>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gliachiara-Colore3">
    <w:name w:val="Light Grid Accent 3"/>
    <w:basedOn w:val="Tabellanormale"/>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gliachiara-Colore4">
    <w:name w:val="Light Grid Accent 4"/>
    <w:basedOn w:val="Tabellanormale"/>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gliachiara-Colore5">
    <w:name w:val="Light Grid Accent 5"/>
    <w:basedOn w:val="Tabellanormale"/>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gliachiara-Colore6">
    <w:name w:val="Light Grid Accent 6"/>
    <w:basedOn w:val="Tabellanormale"/>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fondomedio1">
    <w:name w:val="Medium Shading 1"/>
    <w:basedOn w:val="Tabellanormale"/>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fondomedio1-Colore1">
    <w:name w:val="Medium Shading 1 Accent 1"/>
    <w:basedOn w:val="Tabellanormale"/>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fondomedio1-Colore2">
    <w:name w:val="Medium Shading 1 Accent 2"/>
    <w:basedOn w:val="Tabellanormale"/>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fondomedio1-Colore3">
    <w:name w:val="Medium Shading 1 Accent 3"/>
    <w:basedOn w:val="Tabellanormale"/>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fondomedio1-Colore4">
    <w:name w:val="Medium Shading 1 Accent 4"/>
    <w:basedOn w:val="Tabellanormale"/>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fondomedio1-Colore5">
    <w:name w:val="Medium Shading 1 Accent 5"/>
    <w:basedOn w:val="Tabellanormale"/>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fondomedio1-Colore6">
    <w:name w:val="Medium Shading 1 Accent 6"/>
    <w:basedOn w:val="Tabellanormale"/>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fondomedio2">
    <w:name w:val="Medium Shading 2"/>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1">
    <w:name w:val="Medium Shading 2 Accent 1"/>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2">
    <w:name w:val="Medium Shading 2 Accent 2"/>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3">
    <w:name w:val="Medium Shading 2 Accent 3"/>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4">
    <w:name w:val="Medium Shading 2 Accent 4"/>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5">
    <w:name w:val="Medium Shading 2 Accent 5"/>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6">
    <w:name w:val="Medium Shading 2 Accent 6"/>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Elencomedio1">
    <w:name w:val="Medium List 1"/>
    <w:basedOn w:val="Tabellanormale"/>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Elencomedio1-Colore1">
    <w:name w:val="Medium List 1 Accent 1"/>
    <w:basedOn w:val="Tabellanormale"/>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Elencomedio1-Colore2">
    <w:name w:val="Medium List 1 Accent 2"/>
    <w:basedOn w:val="Tabellanormale"/>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Elencomedio1-Colore3">
    <w:name w:val="Medium List 1 Accent 3"/>
    <w:basedOn w:val="Tabellanormale"/>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Elencomedio1-Colore4">
    <w:name w:val="Medium List 1 Accent 4"/>
    <w:basedOn w:val="Tabellanormale"/>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Elencomedio1-Colore5">
    <w:name w:val="Medium List 1 Accent 5"/>
    <w:basedOn w:val="Tabellanormale"/>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Elencomedio1-Colore6">
    <w:name w:val="Medium List 1 Accent 6"/>
    <w:basedOn w:val="Tabellanormale"/>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Elencomedio2">
    <w:name w:val="Medium List 2"/>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1">
    <w:name w:val="Medium List 2 Accent 1"/>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2">
    <w:name w:val="Medium List 2 Accent 2"/>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3">
    <w:name w:val="Medium List 2 Accent 3"/>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4">
    <w:name w:val="Medium List 2 Accent 4"/>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5">
    <w:name w:val="Medium List 2 Accent 5"/>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6">
    <w:name w:val="Medium List 2 Accent 6"/>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gliamedia1">
    <w:name w:val="Medium Grid 1"/>
    <w:basedOn w:val="Tabellanormale"/>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gliamedia1-Colore1">
    <w:name w:val="Medium Grid 1 Accent 1"/>
    <w:basedOn w:val="Tabellanormale"/>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gliamedia1-Colore2">
    <w:name w:val="Medium Grid 1 Accent 2"/>
    <w:basedOn w:val="Tabellanormale"/>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gliamedia1-Colore3">
    <w:name w:val="Medium Grid 1 Accent 3"/>
    <w:basedOn w:val="Tabellanormale"/>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gliamedia1-Colore4">
    <w:name w:val="Medium Grid 1 Accent 4"/>
    <w:basedOn w:val="Tabellanormale"/>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gliamedia1-Colore5">
    <w:name w:val="Medium Grid 1 Accent 5"/>
    <w:basedOn w:val="Tabellanormale"/>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gliamedia1-Colore6">
    <w:name w:val="Medium Grid 1 Accent 6"/>
    <w:basedOn w:val="Tabellanormale"/>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gliamedia2">
    <w:name w:val="Medium Grid 2"/>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gliamedia2-Colore1">
    <w:name w:val="Medium Grid 2 Accent 1"/>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gliamedia2-Colore2">
    <w:name w:val="Medium Grid 2 Accent 2"/>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gliamedia2-Colore3">
    <w:name w:val="Medium Grid 2 Accent 3"/>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gliamedia2-Colore4">
    <w:name w:val="Medium Grid 2 Accent 4"/>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gliamedia2-Colore5">
    <w:name w:val="Medium Grid 2 Accent 5"/>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gliamedia2-Colore6">
    <w:name w:val="Medium Grid 2 Accent 6"/>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gliamedia3">
    <w:name w:val="Medium Grid 3"/>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gliamedia3-Colore1">
    <w:name w:val="Medium Grid 3 Accent 1"/>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gliamedia3-Colore2">
    <w:name w:val="Medium Grid 3 Accent 2"/>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gliamedia3-Colore3">
    <w:name w:val="Medium Grid 3 Accent 3"/>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gliamedia3-Colore4">
    <w:name w:val="Medium Grid 3 Accent 4"/>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gliamedia3-Colore5">
    <w:name w:val="Medium Grid 3 Accent 5"/>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gliamedia3-Colore6">
    <w:name w:val="Medium Grid 3 Accent 6"/>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Elencoscuro">
    <w:name w:val="Dark List"/>
    <w:basedOn w:val="Tabellanormale"/>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Elencoscuro-Colore1">
    <w:name w:val="Dark List Accent 1"/>
    <w:basedOn w:val="Tabellanormale"/>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Elencoscuro-Colore2">
    <w:name w:val="Dark List Accent 2"/>
    <w:basedOn w:val="Tabellanormale"/>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Elencoscuro-Colore3">
    <w:name w:val="Dark List Accent 3"/>
    <w:basedOn w:val="Tabellanormale"/>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Elencoscuro-Colore4">
    <w:name w:val="Dark List Accent 4"/>
    <w:basedOn w:val="Tabellanormale"/>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Elencoscuro-Colore5">
    <w:name w:val="Dark List Accent 5"/>
    <w:basedOn w:val="Tabellanormale"/>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Elencoscuro-Colore6">
    <w:name w:val="Dark List Accent 6"/>
    <w:basedOn w:val="Tabellanormale"/>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fondoacolori">
    <w:name w:val="Colorful Shading"/>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fondoacolori-Colore1">
    <w:name w:val="Colorful Shading Accent 1"/>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fondoacolori-Colore2">
    <w:name w:val="Colorful Shading Accent 2"/>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fondoacolori-Colore3">
    <w:name w:val="Colorful Shading Accent 3"/>
    <w:basedOn w:val="Tabellanormale"/>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fondoacolori-Colore4">
    <w:name w:val="Colorful Shading Accent 4"/>
    <w:basedOn w:val="Tabellanormale"/>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fondoacolori-Colore5">
    <w:name w:val="Colorful Shading Accent 5"/>
    <w:basedOn w:val="Tabellanormale"/>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fondoacolori-Colore6">
    <w:name w:val="Colorful Shading Accent 6"/>
    <w:basedOn w:val="Tabellanormale"/>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Elencoacolori">
    <w:name w:val="Colorful List"/>
    <w:basedOn w:val="Tabellanormale"/>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Elencoacolori-Colore1">
    <w:name w:val="Colorful List Accent 1"/>
    <w:basedOn w:val="Tabellanormale"/>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Elencoacolori-Colore2">
    <w:name w:val="Colorful List Accent 2"/>
    <w:basedOn w:val="Tabellanormale"/>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Elencoacolori-Colore3">
    <w:name w:val="Colorful List Accent 3"/>
    <w:basedOn w:val="Tabellanormale"/>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Elencoacolori-Colore4">
    <w:name w:val="Colorful List Accent 4"/>
    <w:basedOn w:val="Tabellanormale"/>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Elencoacolori-Colore5">
    <w:name w:val="Colorful List Accent 5"/>
    <w:basedOn w:val="Tabellanormale"/>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Elencoacolori-Colore6">
    <w:name w:val="Colorful List Accent 6"/>
    <w:basedOn w:val="Tabellanormale"/>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gliaacolori">
    <w:name w:val="Colorful Grid"/>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gliaacolori-Colore1">
    <w:name w:val="Colorful Grid Accent 1"/>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gliaacolori-Colore2">
    <w:name w:val="Colorful Grid Accent 2"/>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gliaacolori-Colore3">
    <w:name w:val="Colorful Grid Accent 3"/>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gliaacolori-Colore4">
    <w:name w:val="Colorful Grid Accent 4"/>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gliaacolori-Colore5">
    <w:name w:val="Colorful Grid Accent 5"/>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gliaacolori-Colore6">
    <w:name w:val="Colorful Grid Accent 6"/>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Collegamentoipertestuale">
    <w:name w:val="Hyperlink"/>
    <w:basedOn w:val="Carpredefinitoparagrafo"/>
    <w:uiPriority w:val="99"/>
    <w:unhideWhenUsed/>
    <w:rsid w:val="00FF4A9D"/>
    <w:rPr>
      <w:color w:val="0000FF" w:themeColor="hyperlink"/>
      <w:u w:val="single"/>
    </w:rPr>
  </w:style>
  <w:style w:type="character" w:styleId="Menzionenonrisolta">
    <w:name w:val="Unresolved Mention"/>
    <w:basedOn w:val="Carpredefinitoparagrafo"/>
    <w:uiPriority w:val="99"/>
    <w:semiHidden/>
    <w:unhideWhenUsed/>
    <w:rsid w:val="00FF4A9D"/>
    <w:rPr>
      <w:color w:val="605E5C"/>
      <w:shd w:val="clear" w:color="auto" w:fill="E1DFDD"/>
    </w:rPr>
  </w:style>
  <w:style w:type="character" w:customStyle="1" w:styleId="ztplmc">
    <w:name w:val="ztplmc"/>
    <w:basedOn w:val="Carpredefinitoparagrafo"/>
    <w:rsid w:val="00FF4A9D"/>
  </w:style>
  <w:style w:type="character" w:customStyle="1" w:styleId="rynqvb">
    <w:name w:val="rynqvb"/>
    <w:basedOn w:val="Carpredefinitoparagrafo"/>
    <w:rsid w:val="00FF4A9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42067004">
      <w:bodyDiv w:val="1"/>
      <w:marLeft w:val="0"/>
      <w:marRight w:val="0"/>
      <w:marTop w:val="0"/>
      <w:marBottom w:val="0"/>
      <w:divBdr>
        <w:top w:val="none" w:sz="0" w:space="0" w:color="auto"/>
        <w:left w:val="none" w:sz="0" w:space="0" w:color="auto"/>
        <w:bottom w:val="none" w:sz="0" w:space="0" w:color="auto"/>
        <w:right w:val="none" w:sz="0" w:space="0" w:color="auto"/>
      </w:divBdr>
      <w:divsChild>
        <w:div w:id="1509366979">
          <w:marLeft w:val="0"/>
          <w:marRight w:val="0"/>
          <w:marTop w:val="0"/>
          <w:marBottom w:val="0"/>
          <w:divBdr>
            <w:top w:val="none" w:sz="0" w:space="0" w:color="auto"/>
            <w:left w:val="none" w:sz="0" w:space="0" w:color="auto"/>
            <w:bottom w:val="none" w:sz="0" w:space="0" w:color="auto"/>
            <w:right w:val="none" w:sz="0" w:space="0" w:color="auto"/>
          </w:divBdr>
          <w:divsChild>
            <w:div w:id="1782217995">
              <w:marLeft w:val="0"/>
              <w:marRight w:val="0"/>
              <w:marTop w:val="0"/>
              <w:marBottom w:val="0"/>
              <w:divBdr>
                <w:top w:val="none" w:sz="0" w:space="0" w:color="auto"/>
                <w:left w:val="none" w:sz="0" w:space="0" w:color="auto"/>
                <w:bottom w:val="none" w:sz="0" w:space="0" w:color="auto"/>
                <w:right w:val="none" w:sz="0" w:space="0" w:color="auto"/>
              </w:divBdr>
            </w:div>
            <w:div w:id="1824395888">
              <w:marLeft w:val="0"/>
              <w:marRight w:val="0"/>
              <w:marTop w:val="0"/>
              <w:marBottom w:val="0"/>
              <w:divBdr>
                <w:top w:val="none" w:sz="0" w:space="0" w:color="auto"/>
                <w:left w:val="none" w:sz="0" w:space="0" w:color="auto"/>
                <w:bottom w:val="none" w:sz="0" w:space="0" w:color="auto"/>
                <w:right w:val="none" w:sz="0" w:space="0" w:color="auto"/>
              </w:divBdr>
              <w:divsChild>
                <w:div w:id="876313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8567684">
          <w:marLeft w:val="0"/>
          <w:marRight w:val="0"/>
          <w:marTop w:val="0"/>
          <w:marBottom w:val="0"/>
          <w:divBdr>
            <w:top w:val="none" w:sz="0" w:space="0" w:color="auto"/>
            <w:left w:val="none" w:sz="0" w:space="0" w:color="auto"/>
            <w:bottom w:val="none" w:sz="0" w:space="0" w:color="auto"/>
            <w:right w:val="none" w:sz="0" w:space="0" w:color="auto"/>
          </w:divBdr>
          <w:divsChild>
            <w:div w:id="171187712">
              <w:marLeft w:val="0"/>
              <w:marRight w:val="0"/>
              <w:marTop w:val="0"/>
              <w:marBottom w:val="0"/>
              <w:divBdr>
                <w:top w:val="none" w:sz="0" w:space="0" w:color="auto"/>
                <w:left w:val="none" w:sz="0" w:space="0" w:color="auto"/>
                <w:bottom w:val="none" w:sz="0" w:space="0" w:color="auto"/>
                <w:right w:val="none" w:sz="0" w:space="0" w:color="auto"/>
              </w:divBdr>
              <w:divsChild>
                <w:div w:id="1572156400">
                  <w:marLeft w:val="0"/>
                  <w:marRight w:val="0"/>
                  <w:marTop w:val="0"/>
                  <w:marBottom w:val="0"/>
                  <w:divBdr>
                    <w:top w:val="none" w:sz="0" w:space="0" w:color="auto"/>
                    <w:left w:val="none" w:sz="0" w:space="0" w:color="auto"/>
                    <w:bottom w:val="none" w:sz="0" w:space="0" w:color="auto"/>
                    <w:right w:val="none" w:sz="0" w:space="0" w:color="auto"/>
                  </w:divBdr>
                  <w:divsChild>
                    <w:div w:id="1989508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museopalazzodoebbing.it"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920</Words>
  <Characters>5245</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6153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Microsoft Office User</cp:lastModifiedBy>
  <cp:revision>2</cp:revision>
  <dcterms:created xsi:type="dcterms:W3CDTF">2026-09-07T07:03:00Z</dcterms:created>
  <dcterms:modified xsi:type="dcterms:W3CDTF">2026-09-07T07:03:00Z</dcterms:modified>
  <cp:category/>
</cp:coreProperties>
</file>